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51737" w14:textId="77777777" w:rsidR="001D23E5" w:rsidRDefault="00741F4B">
      <w:pPr>
        <w:spacing w:after="120"/>
        <w:jc w:val="center"/>
      </w:pPr>
      <w:r>
        <w:rPr>
          <w:noProof/>
        </w:rPr>
        <w:drawing>
          <wp:inline distT="0" distB="0" distL="0" distR="0" wp14:anchorId="71A5C480" wp14:editId="7F7066AC">
            <wp:extent cx="1224000" cy="585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eg"/>
                    <pic:cNvPicPr/>
                  </pic:nvPicPr>
                  <pic:blipFill>
                    <a:blip r:embed="rId8"/>
                    <a:stretch>
                      <a:fillRect/>
                    </a:stretch>
                  </pic:blipFill>
                  <pic:spPr>
                    <a:xfrm>
                      <a:off x="0" y="0"/>
                      <a:ext cx="1224000" cy="585225"/>
                    </a:xfrm>
                    <a:prstGeom prst="rect">
                      <a:avLst/>
                    </a:prstGeom>
                  </pic:spPr>
                </pic:pic>
              </a:graphicData>
            </a:graphic>
          </wp:inline>
        </w:drawing>
      </w:r>
    </w:p>
    <w:p w14:paraId="39885992" w14:textId="77777777" w:rsidR="001D23E5" w:rsidRDefault="00741F4B">
      <w:pPr>
        <w:spacing w:after="40"/>
        <w:jc w:val="center"/>
      </w:pPr>
      <w:r>
        <w:rPr>
          <w:b/>
          <w:sz w:val="28"/>
        </w:rPr>
        <w:t>ANEXO I. SOLICITUD</w:t>
      </w:r>
    </w:p>
    <w:p w14:paraId="3EE0FF8B" w14:textId="77777777" w:rsidR="001D23E5" w:rsidRDefault="00741F4B">
      <w:pPr>
        <w:jc w:val="center"/>
      </w:pPr>
      <w:r>
        <w:rPr>
          <w:b/>
          <w:sz w:val="20"/>
        </w:rPr>
        <w:t>SOLICITUD DE SUBVENCIÓN EN RÉGIMEN DE CONCURRENCIA COMPETITIVA DESTINADA A AYUDAS A</w:t>
      </w:r>
      <w:r>
        <w:rPr>
          <w:b/>
          <w:sz w:val="20"/>
        </w:rPr>
        <w:br/>
        <w:t>FESTIVALES Y FERIAS CULTURALES</w:t>
      </w:r>
    </w:p>
    <w:p w14:paraId="58B8589A" w14:textId="77777777" w:rsidR="001D23E5" w:rsidRDefault="00741F4B">
      <w:pPr>
        <w:spacing w:before="120" w:after="60"/>
      </w:pPr>
      <w:r>
        <w:rPr>
          <w:b/>
          <w:sz w:val="20"/>
        </w:rPr>
        <w:t>1. DATOS IDENTIFICATIVOS DEL SOLICITANTE</w:t>
      </w:r>
    </w:p>
    <w:tbl>
      <w:tblPr>
        <w:tblStyle w:val="Tablaconcuadrcula"/>
        <w:tblW w:w="0" w:type="auto"/>
        <w:jc w:val="center"/>
        <w:tblLook w:val="04A0" w:firstRow="1" w:lastRow="0" w:firstColumn="1" w:lastColumn="0" w:noHBand="0" w:noVBand="1"/>
      </w:tblPr>
      <w:tblGrid>
        <w:gridCol w:w="3685"/>
        <w:gridCol w:w="5953"/>
      </w:tblGrid>
      <w:tr w:rsidR="001D23E5" w14:paraId="631E65F2" w14:textId="77777777">
        <w:trPr>
          <w:jc w:val="center"/>
        </w:trPr>
        <w:tc>
          <w:tcPr>
            <w:tcW w:w="3685" w:type="dxa"/>
            <w:vAlign w:val="center"/>
          </w:tcPr>
          <w:p w14:paraId="332BF55F" w14:textId="77777777" w:rsidR="001D23E5" w:rsidRDefault="00741F4B">
            <w:r>
              <w:rPr>
                <w:b/>
                <w:sz w:val="17"/>
              </w:rPr>
              <w:t>Denominación de la entidad / Nombre y apellidos</w:t>
            </w:r>
          </w:p>
        </w:tc>
        <w:tc>
          <w:tcPr>
            <w:tcW w:w="5953" w:type="dxa"/>
            <w:vAlign w:val="center"/>
          </w:tcPr>
          <w:p w14:paraId="387106CB" w14:textId="77777777" w:rsidR="001D23E5" w:rsidRDefault="001D23E5"/>
        </w:tc>
      </w:tr>
      <w:tr w:rsidR="001D23E5" w14:paraId="0473A8A1" w14:textId="77777777">
        <w:trPr>
          <w:jc w:val="center"/>
        </w:trPr>
        <w:tc>
          <w:tcPr>
            <w:tcW w:w="3685" w:type="dxa"/>
            <w:vAlign w:val="center"/>
          </w:tcPr>
          <w:p w14:paraId="2039EAB4" w14:textId="77777777" w:rsidR="001D23E5" w:rsidRDefault="00741F4B">
            <w:r>
              <w:rPr>
                <w:b/>
                <w:sz w:val="17"/>
              </w:rPr>
              <w:t>CIF / NIF</w:t>
            </w:r>
          </w:p>
        </w:tc>
        <w:tc>
          <w:tcPr>
            <w:tcW w:w="5953" w:type="dxa"/>
            <w:vAlign w:val="center"/>
          </w:tcPr>
          <w:p w14:paraId="68EDC38B" w14:textId="77777777" w:rsidR="001D23E5" w:rsidRDefault="001D23E5"/>
        </w:tc>
      </w:tr>
      <w:tr w:rsidR="001D23E5" w14:paraId="2BE395C9" w14:textId="77777777">
        <w:trPr>
          <w:jc w:val="center"/>
        </w:trPr>
        <w:tc>
          <w:tcPr>
            <w:tcW w:w="3685" w:type="dxa"/>
            <w:vAlign w:val="center"/>
          </w:tcPr>
          <w:p w14:paraId="6418E900" w14:textId="77777777" w:rsidR="001D23E5" w:rsidRDefault="00741F4B">
            <w:r>
              <w:rPr>
                <w:b/>
                <w:sz w:val="17"/>
              </w:rPr>
              <w:t>Domicilio social</w:t>
            </w:r>
          </w:p>
        </w:tc>
        <w:tc>
          <w:tcPr>
            <w:tcW w:w="5953" w:type="dxa"/>
            <w:vAlign w:val="center"/>
          </w:tcPr>
          <w:p w14:paraId="2AAF8DE7" w14:textId="77777777" w:rsidR="001D23E5" w:rsidRDefault="001D23E5"/>
        </w:tc>
      </w:tr>
      <w:tr w:rsidR="001D23E5" w14:paraId="384C7665" w14:textId="77777777">
        <w:trPr>
          <w:jc w:val="center"/>
        </w:trPr>
        <w:tc>
          <w:tcPr>
            <w:tcW w:w="3685" w:type="dxa"/>
            <w:vAlign w:val="center"/>
          </w:tcPr>
          <w:p w14:paraId="54F602B4" w14:textId="77777777" w:rsidR="001D23E5" w:rsidRDefault="00741F4B">
            <w:r>
              <w:rPr>
                <w:b/>
                <w:sz w:val="17"/>
              </w:rPr>
              <w:t>Localidad</w:t>
            </w:r>
          </w:p>
        </w:tc>
        <w:tc>
          <w:tcPr>
            <w:tcW w:w="5953" w:type="dxa"/>
            <w:vAlign w:val="center"/>
          </w:tcPr>
          <w:p w14:paraId="7CD2A68D" w14:textId="77777777" w:rsidR="001D23E5" w:rsidRDefault="001D23E5"/>
        </w:tc>
      </w:tr>
      <w:tr w:rsidR="001D23E5" w14:paraId="4C48B396" w14:textId="77777777">
        <w:trPr>
          <w:jc w:val="center"/>
        </w:trPr>
        <w:tc>
          <w:tcPr>
            <w:tcW w:w="3685" w:type="dxa"/>
            <w:vAlign w:val="center"/>
          </w:tcPr>
          <w:p w14:paraId="6866CE3D" w14:textId="77777777" w:rsidR="001D23E5" w:rsidRDefault="00741F4B">
            <w:r>
              <w:rPr>
                <w:b/>
                <w:sz w:val="17"/>
              </w:rPr>
              <w:t>Código postal</w:t>
            </w:r>
          </w:p>
        </w:tc>
        <w:tc>
          <w:tcPr>
            <w:tcW w:w="5953" w:type="dxa"/>
            <w:vAlign w:val="center"/>
          </w:tcPr>
          <w:p w14:paraId="4B02FA4A" w14:textId="77777777" w:rsidR="001D23E5" w:rsidRDefault="001D23E5"/>
        </w:tc>
      </w:tr>
      <w:tr w:rsidR="001D23E5" w14:paraId="3BFD4841" w14:textId="77777777">
        <w:trPr>
          <w:jc w:val="center"/>
        </w:trPr>
        <w:tc>
          <w:tcPr>
            <w:tcW w:w="3685" w:type="dxa"/>
            <w:vAlign w:val="center"/>
          </w:tcPr>
          <w:p w14:paraId="1C1E5F01" w14:textId="77777777" w:rsidR="001D23E5" w:rsidRDefault="00741F4B">
            <w:r>
              <w:rPr>
                <w:b/>
                <w:sz w:val="17"/>
              </w:rPr>
              <w:t>Provincia</w:t>
            </w:r>
          </w:p>
        </w:tc>
        <w:tc>
          <w:tcPr>
            <w:tcW w:w="5953" w:type="dxa"/>
            <w:vAlign w:val="center"/>
          </w:tcPr>
          <w:p w14:paraId="542F7736" w14:textId="77777777" w:rsidR="001D23E5" w:rsidRDefault="001D23E5"/>
        </w:tc>
      </w:tr>
      <w:tr w:rsidR="001D23E5" w14:paraId="34E1BD1D" w14:textId="77777777">
        <w:trPr>
          <w:jc w:val="center"/>
        </w:trPr>
        <w:tc>
          <w:tcPr>
            <w:tcW w:w="3685" w:type="dxa"/>
            <w:vAlign w:val="center"/>
          </w:tcPr>
          <w:p w14:paraId="7EC9C631" w14:textId="77777777" w:rsidR="001D23E5" w:rsidRDefault="00741F4B">
            <w:r>
              <w:rPr>
                <w:b/>
                <w:sz w:val="17"/>
              </w:rPr>
              <w:t>Teléfono</w:t>
            </w:r>
          </w:p>
        </w:tc>
        <w:tc>
          <w:tcPr>
            <w:tcW w:w="5953" w:type="dxa"/>
            <w:vAlign w:val="center"/>
          </w:tcPr>
          <w:p w14:paraId="1DC54B2D" w14:textId="77777777" w:rsidR="001D23E5" w:rsidRDefault="001D23E5"/>
        </w:tc>
      </w:tr>
      <w:tr w:rsidR="001D23E5" w14:paraId="6F86E8F9" w14:textId="77777777">
        <w:trPr>
          <w:jc w:val="center"/>
        </w:trPr>
        <w:tc>
          <w:tcPr>
            <w:tcW w:w="3685" w:type="dxa"/>
            <w:vAlign w:val="center"/>
          </w:tcPr>
          <w:p w14:paraId="5320CB1D" w14:textId="77777777" w:rsidR="001D23E5" w:rsidRDefault="00741F4B">
            <w:r>
              <w:rPr>
                <w:b/>
                <w:sz w:val="17"/>
              </w:rPr>
              <w:t>Correo electrónico</w:t>
            </w:r>
          </w:p>
        </w:tc>
        <w:tc>
          <w:tcPr>
            <w:tcW w:w="5953" w:type="dxa"/>
            <w:vAlign w:val="center"/>
          </w:tcPr>
          <w:p w14:paraId="2C1CFF9D" w14:textId="77777777" w:rsidR="001D23E5" w:rsidRDefault="001D23E5"/>
        </w:tc>
      </w:tr>
    </w:tbl>
    <w:p w14:paraId="25A4887A" w14:textId="77777777" w:rsidR="001D23E5" w:rsidRDefault="00741F4B">
      <w:pPr>
        <w:spacing w:after="60"/>
      </w:pPr>
      <w:r>
        <w:rPr>
          <w:i/>
          <w:sz w:val="17"/>
        </w:rPr>
        <w:t>Naturaleza del solicitante:</w:t>
      </w:r>
    </w:p>
    <w:tbl>
      <w:tblPr>
        <w:tblStyle w:val="Tablaconcuadrcula"/>
        <w:tblW w:w="0" w:type="auto"/>
        <w:tblLook w:val="04A0" w:firstRow="1" w:lastRow="0" w:firstColumn="1" w:lastColumn="0" w:noHBand="0" w:noVBand="1"/>
      </w:tblPr>
      <w:tblGrid>
        <w:gridCol w:w="5326"/>
        <w:gridCol w:w="5326"/>
      </w:tblGrid>
      <w:tr w:rsidR="001D23E5" w14:paraId="0ED5FCFF" w14:textId="77777777">
        <w:tc>
          <w:tcPr>
            <w:tcW w:w="5326" w:type="dxa"/>
            <w:vAlign w:val="center"/>
          </w:tcPr>
          <w:p w14:paraId="34147914" w14:textId="77777777" w:rsidR="001D23E5" w:rsidRDefault="00741F4B">
            <w:r>
              <w:rPr>
                <w:sz w:val="17"/>
              </w:rPr>
              <w:t>☐ Persona física</w:t>
            </w:r>
          </w:p>
        </w:tc>
        <w:tc>
          <w:tcPr>
            <w:tcW w:w="5326" w:type="dxa"/>
            <w:vAlign w:val="center"/>
          </w:tcPr>
          <w:p w14:paraId="1075B60E" w14:textId="77777777" w:rsidR="001D23E5" w:rsidRDefault="00741F4B">
            <w:r>
              <w:rPr>
                <w:sz w:val="17"/>
              </w:rPr>
              <w:t>☐ Persona jurídica privada / empresa privada</w:t>
            </w:r>
          </w:p>
        </w:tc>
      </w:tr>
      <w:tr w:rsidR="001D23E5" w14:paraId="7FA0624A" w14:textId="77777777">
        <w:tc>
          <w:tcPr>
            <w:tcW w:w="5326" w:type="dxa"/>
            <w:vAlign w:val="center"/>
          </w:tcPr>
          <w:p w14:paraId="4257882C" w14:textId="77777777" w:rsidR="001D23E5" w:rsidRDefault="00741F4B">
            <w:r>
              <w:rPr>
                <w:sz w:val="17"/>
              </w:rPr>
              <w:t>☐ Entidad cultural sin ánimo de lucro</w:t>
            </w:r>
          </w:p>
        </w:tc>
        <w:tc>
          <w:tcPr>
            <w:tcW w:w="5326" w:type="dxa"/>
            <w:vAlign w:val="center"/>
          </w:tcPr>
          <w:p w14:paraId="330FC90A" w14:textId="77777777" w:rsidR="001D23E5" w:rsidRDefault="00741F4B">
            <w:r>
              <w:rPr>
                <w:sz w:val="17"/>
              </w:rPr>
              <w:t>☐ Otra: especificar ______________________________</w:t>
            </w:r>
          </w:p>
        </w:tc>
      </w:tr>
    </w:tbl>
    <w:p w14:paraId="46E7B308" w14:textId="77777777" w:rsidR="001D23E5" w:rsidRDefault="00741F4B">
      <w:pPr>
        <w:spacing w:before="120" w:after="60"/>
      </w:pPr>
      <w:r>
        <w:rPr>
          <w:b/>
          <w:sz w:val="20"/>
        </w:rPr>
        <w:t>2. DATOS IDENTIFICATIVOS DEL REPRESENTANTE, EN SU CASO</w:t>
      </w:r>
    </w:p>
    <w:tbl>
      <w:tblPr>
        <w:tblStyle w:val="Tablaconcuadrcula"/>
        <w:tblW w:w="0" w:type="auto"/>
        <w:jc w:val="center"/>
        <w:tblLook w:val="04A0" w:firstRow="1" w:lastRow="0" w:firstColumn="1" w:lastColumn="0" w:noHBand="0" w:noVBand="1"/>
      </w:tblPr>
      <w:tblGrid>
        <w:gridCol w:w="3685"/>
        <w:gridCol w:w="5953"/>
      </w:tblGrid>
      <w:tr w:rsidR="001D23E5" w14:paraId="7C357030" w14:textId="77777777">
        <w:trPr>
          <w:jc w:val="center"/>
        </w:trPr>
        <w:tc>
          <w:tcPr>
            <w:tcW w:w="3685" w:type="dxa"/>
            <w:vAlign w:val="center"/>
          </w:tcPr>
          <w:p w14:paraId="41CC2760" w14:textId="77777777" w:rsidR="001D23E5" w:rsidRDefault="00741F4B">
            <w:r>
              <w:rPr>
                <w:b/>
                <w:sz w:val="17"/>
              </w:rPr>
              <w:t>Nombre y apellidos</w:t>
            </w:r>
          </w:p>
        </w:tc>
        <w:tc>
          <w:tcPr>
            <w:tcW w:w="5953" w:type="dxa"/>
            <w:vAlign w:val="center"/>
          </w:tcPr>
          <w:p w14:paraId="500F762D" w14:textId="77777777" w:rsidR="001D23E5" w:rsidRDefault="001D23E5"/>
        </w:tc>
      </w:tr>
      <w:tr w:rsidR="001D23E5" w14:paraId="294ABA0F" w14:textId="77777777">
        <w:trPr>
          <w:jc w:val="center"/>
        </w:trPr>
        <w:tc>
          <w:tcPr>
            <w:tcW w:w="3685" w:type="dxa"/>
            <w:vAlign w:val="center"/>
          </w:tcPr>
          <w:p w14:paraId="291DEB75" w14:textId="77777777" w:rsidR="001D23E5" w:rsidRDefault="00741F4B">
            <w:r>
              <w:rPr>
                <w:b/>
                <w:sz w:val="17"/>
              </w:rPr>
              <w:t>NIF</w:t>
            </w:r>
          </w:p>
        </w:tc>
        <w:tc>
          <w:tcPr>
            <w:tcW w:w="5953" w:type="dxa"/>
            <w:vAlign w:val="center"/>
          </w:tcPr>
          <w:p w14:paraId="7BDEB174" w14:textId="77777777" w:rsidR="001D23E5" w:rsidRDefault="001D23E5"/>
        </w:tc>
      </w:tr>
      <w:tr w:rsidR="001D23E5" w14:paraId="57550918" w14:textId="77777777">
        <w:trPr>
          <w:jc w:val="center"/>
        </w:trPr>
        <w:tc>
          <w:tcPr>
            <w:tcW w:w="3685" w:type="dxa"/>
            <w:vAlign w:val="center"/>
          </w:tcPr>
          <w:p w14:paraId="32D0A24C" w14:textId="77777777" w:rsidR="001D23E5" w:rsidRDefault="00741F4B">
            <w:r>
              <w:rPr>
                <w:b/>
                <w:sz w:val="17"/>
              </w:rPr>
              <w:t>Cargo que ostenta en la entidad</w:t>
            </w:r>
          </w:p>
        </w:tc>
        <w:tc>
          <w:tcPr>
            <w:tcW w:w="5953" w:type="dxa"/>
            <w:vAlign w:val="center"/>
          </w:tcPr>
          <w:p w14:paraId="08EF1714" w14:textId="77777777" w:rsidR="001D23E5" w:rsidRDefault="001D23E5"/>
        </w:tc>
      </w:tr>
      <w:tr w:rsidR="001D23E5" w14:paraId="6CB183D0" w14:textId="77777777">
        <w:trPr>
          <w:jc w:val="center"/>
        </w:trPr>
        <w:tc>
          <w:tcPr>
            <w:tcW w:w="3685" w:type="dxa"/>
            <w:vAlign w:val="center"/>
          </w:tcPr>
          <w:p w14:paraId="744ACBB6" w14:textId="77777777" w:rsidR="001D23E5" w:rsidRDefault="00741F4B">
            <w:r>
              <w:rPr>
                <w:b/>
                <w:sz w:val="17"/>
              </w:rPr>
              <w:t>Teléfono</w:t>
            </w:r>
          </w:p>
        </w:tc>
        <w:tc>
          <w:tcPr>
            <w:tcW w:w="5953" w:type="dxa"/>
            <w:vAlign w:val="center"/>
          </w:tcPr>
          <w:p w14:paraId="7475F7D4" w14:textId="77777777" w:rsidR="001D23E5" w:rsidRDefault="001D23E5"/>
        </w:tc>
      </w:tr>
      <w:tr w:rsidR="001D23E5" w14:paraId="7C90D042" w14:textId="77777777">
        <w:trPr>
          <w:jc w:val="center"/>
        </w:trPr>
        <w:tc>
          <w:tcPr>
            <w:tcW w:w="3685" w:type="dxa"/>
            <w:vAlign w:val="center"/>
          </w:tcPr>
          <w:p w14:paraId="711AAFE1" w14:textId="77777777" w:rsidR="001D23E5" w:rsidRDefault="00741F4B">
            <w:r>
              <w:rPr>
                <w:b/>
                <w:sz w:val="17"/>
              </w:rPr>
              <w:t>Correo electrónico</w:t>
            </w:r>
          </w:p>
        </w:tc>
        <w:tc>
          <w:tcPr>
            <w:tcW w:w="5953" w:type="dxa"/>
            <w:vAlign w:val="center"/>
          </w:tcPr>
          <w:p w14:paraId="27DA4B8B" w14:textId="77777777" w:rsidR="001D23E5" w:rsidRDefault="001D23E5"/>
        </w:tc>
      </w:tr>
    </w:tbl>
    <w:p w14:paraId="5A928017" w14:textId="77777777" w:rsidR="001D23E5" w:rsidRDefault="00741F4B">
      <w:pPr>
        <w:spacing w:before="120" w:after="60"/>
      </w:pPr>
      <w:r>
        <w:rPr>
          <w:b/>
          <w:sz w:val="20"/>
        </w:rPr>
        <w:t>3. NOTIFICACIONES</w:t>
      </w:r>
    </w:p>
    <w:p w14:paraId="4148E5F8" w14:textId="77777777" w:rsidR="001D23E5" w:rsidRDefault="00741F4B">
      <w:pPr>
        <w:spacing w:after="60"/>
      </w:pPr>
      <w:r>
        <w:rPr>
          <w:sz w:val="17"/>
        </w:rPr>
        <w:t>Las notificaciones por medios electrónicos se practicarán obligatoria y exclusivamente mediante comparecencia en la sede electrónica del Ayuntamiento de Córdoba.</w:t>
      </w:r>
    </w:p>
    <w:tbl>
      <w:tblPr>
        <w:tblStyle w:val="Tablaconcuadrcula"/>
        <w:tblW w:w="0" w:type="auto"/>
        <w:jc w:val="center"/>
        <w:tblLook w:val="04A0" w:firstRow="1" w:lastRow="0" w:firstColumn="1" w:lastColumn="0" w:noHBand="0" w:noVBand="1"/>
      </w:tblPr>
      <w:tblGrid>
        <w:gridCol w:w="3685"/>
        <w:gridCol w:w="5953"/>
      </w:tblGrid>
      <w:tr w:rsidR="001D23E5" w14:paraId="0FE20E55" w14:textId="77777777">
        <w:trPr>
          <w:jc w:val="center"/>
        </w:trPr>
        <w:tc>
          <w:tcPr>
            <w:tcW w:w="3685" w:type="dxa"/>
            <w:vAlign w:val="center"/>
          </w:tcPr>
          <w:p w14:paraId="24AB3F5A" w14:textId="77777777" w:rsidR="001D23E5" w:rsidRDefault="00741F4B">
            <w:r>
              <w:rPr>
                <w:b/>
                <w:sz w:val="17"/>
              </w:rPr>
              <w:t>Correo electrónico a efectos de avisos</w:t>
            </w:r>
          </w:p>
        </w:tc>
        <w:tc>
          <w:tcPr>
            <w:tcW w:w="5953" w:type="dxa"/>
            <w:vAlign w:val="center"/>
          </w:tcPr>
          <w:p w14:paraId="58AA1485" w14:textId="77777777" w:rsidR="001D23E5" w:rsidRDefault="001D23E5"/>
        </w:tc>
      </w:tr>
    </w:tbl>
    <w:p w14:paraId="6E4C8873" w14:textId="77777777" w:rsidR="001D23E5" w:rsidRDefault="00741F4B">
      <w:pPr>
        <w:spacing w:before="120" w:after="60"/>
      </w:pPr>
      <w:r>
        <w:rPr>
          <w:b/>
          <w:sz w:val="20"/>
        </w:rPr>
        <w:t>4. DATOS GENERALES DEL PROYECTO</w:t>
      </w:r>
    </w:p>
    <w:tbl>
      <w:tblPr>
        <w:tblStyle w:val="Tablaconcuadrcula"/>
        <w:tblW w:w="0" w:type="auto"/>
        <w:jc w:val="center"/>
        <w:tblLook w:val="04A0" w:firstRow="1" w:lastRow="0" w:firstColumn="1" w:lastColumn="0" w:noHBand="0" w:noVBand="1"/>
      </w:tblPr>
      <w:tblGrid>
        <w:gridCol w:w="3685"/>
        <w:gridCol w:w="5953"/>
      </w:tblGrid>
      <w:tr w:rsidR="001D23E5" w14:paraId="240278CC" w14:textId="77777777">
        <w:trPr>
          <w:jc w:val="center"/>
        </w:trPr>
        <w:tc>
          <w:tcPr>
            <w:tcW w:w="3685" w:type="dxa"/>
            <w:vAlign w:val="center"/>
          </w:tcPr>
          <w:p w14:paraId="091B9F1D" w14:textId="77777777" w:rsidR="001D23E5" w:rsidRDefault="00741F4B">
            <w:r>
              <w:rPr>
                <w:b/>
                <w:sz w:val="17"/>
              </w:rPr>
              <w:t>Denominación del proyecto</w:t>
            </w:r>
          </w:p>
        </w:tc>
        <w:tc>
          <w:tcPr>
            <w:tcW w:w="5953" w:type="dxa"/>
            <w:vAlign w:val="center"/>
          </w:tcPr>
          <w:p w14:paraId="03B3CE6A" w14:textId="77777777" w:rsidR="001D23E5" w:rsidRDefault="001D23E5"/>
        </w:tc>
      </w:tr>
    </w:tbl>
    <w:p w14:paraId="0DE0FE1B" w14:textId="77777777" w:rsidR="001D23E5" w:rsidRDefault="00741F4B">
      <w:pPr>
        <w:spacing w:after="60"/>
      </w:pPr>
      <w:r>
        <w:rPr>
          <w:i/>
          <w:sz w:val="17"/>
        </w:rPr>
        <w:t>Anualidad para la que se solicita la subvención:</w:t>
      </w:r>
    </w:p>
    <w:tbl>
      <w:tblPr>
        <w:tblStyle w:val="Tablaconcuadrcula"/>
        <w:tblW w:w="0" w:type="auto"/>
        <w:jc w:val="center"/>
        <w:tblLook w:val="04A0" w:firstRow="1" w:lastRow="0" w:firstColumn="1" w:lastColumn="0" w:noHBand="0" w:noVBand="1"/>
      </w:tblPr>
      <w:tblGrid>
        <w:gridCol w:w="5326"/>
        <w:gridCol w:w="5326"/>
      </w:tblGrid>
      <w:tr w:rsidR="001D23E5" w14:paraId="0AB0B789" w14:textId="77777777">
        <w:trPr>
          <w:jc w:val="center"/>
        </w:trPr>
        <w:tc>
          <w:tcPr>
            <w:tcW w:w="5326" w:type="dxa"/>
            <w:vAlign w:val="center"/>
          </w:tcPr>
          <w:p w14:paraId="0B811D0A" w14:textId="77777777" w:rsidR="001D23E5" w:rsidRDefault="00741F4B">
            <w:r>
              <w:rPr>
                <w:sz w:val="17"/>
              </w:rPr>
              <w:t>☐ 2025</w:t>
            </w:r>
          </w:p>
        </w:tc>
        <w:tc>
          <w:tcPr>
            <w:tcW w:w="5326" w:type="dxa"/>
            <w:vAlign w:val="center"/>
          </w:tcPr>
          <w:p w14:paraId="7343CA31" w14:textId="77777777" w:rsidR="001D23E5" w:rsidRDefault="00741F4B">
            <w:r>
              <w:rPr>
                <w:sz w:val="17"/>
              </w:rPr>
              <w:t>☐ 2026</w:t>
            </w:r>
          </w:p>
        </w:tc>
      </w:tr>
    </w:tbl>
    <w:p w14:paraId="387DAE74" w14:textId="77777777" w:rsidR="001D23E5" w:rsidRDefault="00741F4B">
      <w:pPr>
        <w:spacing w:after="60"/>
      </w:pPr>
      <w:r>
        <w:rPr>
          <w:i/>
          <w:sz w:val="17"/>
        </w:rPr>
        <w:t>Disciplina principal del proyecto:</w:t>
      </w:r>
    </w:p>
    <w:tbl>
      <w:tblPr>
        <w:tblStyle w:val="Tablaconcuadrcula"/>
        <w:tblW w:w="0" w:type="auto"/>
        <w:tblLook w:val="04A0" w:firstRow="1" w:lastRow="0" w:firstColumn="1" w:lastColumn="0" w:noHBand="0" w:noVBand="1"/>
      </w:tblPr>
      <w:tblGrid>
        <w:gridCol w:w="5201"/>
        <w:gridCol w:w="5667"/>
      </w:tblGrid>
      <w:tr w:rsidR="001D23E5" w14:paraId="79EF6DBD" w14:textId="77777777">
        <w:tc>
          <w:tcPr>
            <w:tcW w:w="5326" w:type="dxa"/>
            <w:vAlign w:val="center"/>
          </w:tcPr>
          <w:p w14:paraId="489A6E02" w14:textId="77777777" w:rsidR="001D23E5" w:rsidRDefault="00741F4B">
            <w:r>
              <w:rPr>
                <w:sz w:val="17"/>
              </w:rPr>
              <w:t>☐ Artes escénicas</w:t>
            </w:r>
          </w:p>
        </w:tc>
        <w:tc>
          <w:tcPr>
            <w:tcW w:w="5326" w:type="dxa"/>
            <w:vAlign w:val="center"/>
          </w:tcPr>
          <w:p w14:paraId="677B22B5" w14:textId="77777777" w:rsidR="001D23E5" w:rsidRDefault="00741F4B">
            <w:r>
              <w:rPr>
                <w:sz w:val="17"/>
              </w:rPr>
              <w:t>☐ Música</w:t>
            </w:r>
          </w:p>
        </w:tc>
      </w:tr>
      <w:tr w:rsidR="001D23E5" w14:paraId="367CD448" w14:textId="77777777">
        <w:tc>
          <w:tcPr>
            <w:tcW w:w="5326" w:type="dxa"/>
            <w:vAlign w:val="center"/>
          </w:tcPr>
          <w:p w14:paraId="7151F2C1" w14:textId="77777777" w:rsidR="001D23E5" w:rsidRDefault="00741F4B">
            <w:r>
              <w:rPr>
                <w:sz w:val="17"/>
              </w:rPr>
              <w:t>☐ Artes audiovisuales</w:t>
            </w:r>
          </w:p>
        </w:tc>
        <w:tc>
          <w:tcPr>
            <w:tcW w:w="5326" w:type="dxa"/>
            <w:vAlign w:val="center"/>
          </w:tcPr>
          <w:p w14:paraId="6FDAC322" w14:textId="77777777" w:rsidR="001D23E5" w:rsidRDefault="00741F4B">
            <w:r>
              <w:rPr>
                <w:sz w:val="17"/>
              </w:rPr>
              <w:t>☐ Mixta</w:t>
            </w:r>
          </w:p>
        </w:tc>
      </w:tr>
      <w:tr w:rsidR="001D23E5" w14:paraId="5993399B" w14:textId="77777777">
        <w:tc>
          <w:tcPr>
            <w:tcW w:w="5326" w:type="dxa"/>
            <w:vAlign w:val="center"/>
          </w:tcPr>
          <w:p w14:paraId="6DE89B68" w14:textId="77777777" w:rsidR="001D23E5" w:rsidRDefault="00741F4B">
            <w:r>
              <w:rPr>
                <w:sz w:val="17"/>
              </w:rPr>
              <w:t>☐ Otra: especificar ______________________________</w:t>
            </w:r>
          </w:p>
        </w:tc>
        <w:tc>
          <w:tcPr>
            <w:tcW w:w="5326" w:type="dxa"/>
            <w:vAlign w:val="center"/>
          </w:tcPr>
          <w:p w14:paraId="0F9EC90A" w14:textId="77777777" w:rsidR="001D23E5" w:rsidRDefault="001D23E5"/>
        </w:tc>
      </w:tr>
      <w:tr w:rsidR="001D23E5" w14:paraId="6AED7834" w14:textId="77777777">
        <w:tblPrEx>
          <w:jc w:val="center"/>
        </w:tblPrEx>
        <w:trPr>
          <w:jc w:val="center"/>
        </w:trPr>
        <w:tc>
          <w:tcPr>
            <w:tcW w:w="3685" w:type="dxa"/>
            <w:vAlign w:val="center"/>
          </w:tcPr>
          <w:p w14:paraId="0015D943" w14:textId="77777777" w:rsidR="001D23E5" w:rsidRDefault="00741F4B">
            <w:r>
              <w:rPr>
                <w:b/>
                <w:sz w:val="17"/>
              </w:rPr>
              <w:t>Importe total del presupuesto del proyecto</w:t>
            </w:r>
          </w:p>
        </w:tc>
        <w:tc>
          <w:tcPr>
            <w:tcW w:w="5953" w:type="dxa"/>
            <w:vAlign w:val="center"/>
          </w:tcPr>
          <w:p w14:paraId="613C8CAB" w14:textId="77777777" w:rsidR="001D23E5" w:rsidRDefault="001D23E5"/>
        </w:tc>
      </w:tr>
      <w:tr w:rsidR="001D23E5" w14:paraId="03076E0B" w14:textId="77777777">
        <w:tblPrEx>
          <w:jc w:val="center"/>
        </w:tblPrEx>
        <w:trPr>
          <w:jc w:val="center"/>
        </w:trPr>
        <w:tc>
          <w:tcPr>
            <w:tcW w:w="3685" w:type="dxa"/>
            <w:vAlign w:val="center"/>
          </w:tcPr>
          <w:p w14:paraId="33294293" w14:textId="77777777" w:rsidR="001D23E5" w:rsidRDefault="00741F4B">
            <w:r>
              <w:rPr>
                <w:b/>
                <w:sz w:val="17"/>
              </w:rPr>
              <w:t>Importe de la subvención solicitada al IMAE</w:t>
            </w:r>
          </w:p>
        </w:tc>
        <w:tc>
          <w:tcPr>
            <w:tcW w:w="5953" w:type="dxa"/>
            <w:vAlign w:val="center"/>
          </w:tcPr>
          <w:p w14:paraId="50EBD998" w14:textId="77777777" w:rsidR="001D23E5" w:rsidRDefault="001D23E5"/>
        </w:tc>
      </w:tr>
    </w:tbl>
    <w:p w14:paraId="4F155CF5" w14:textId="77777777" w:rsidR="001D23E5" w:rsidRDefault="00741F4B">
      <w:pPr>
        <w:spacing w:before="120" w:after="60"/>
      </w:pPr>
      <w:r>
        <w:rPr>
          <w:b/>
          <w:sz w:val="20"/>
        </w:rPr>
        <w:t>5. DATOS DEL FESTIVAL O FERIA CULTURAL A EFECTOS DE COMPROBACIÓN DE REQUISITOS</w:t>
      </w:r>
    </w:p>
    <w:tbl>
      <w:tblPr>
        <w:tblStyle w:val="Tablaconcuadrcula"/>
        <w:tblW w:w="0" w:type="auto"/>
        <w:jc w:val="center"/>
        <w:tblLook w:val="04A0" w:firstRow="1" w:lastRow="0" w:firstColumn="1" w:lastColumn="0" w:noHBand="0" w:noVBand="1"/>
      </w:tblPr>
      <w:tblGrid>
        <w:gridCol w:w="4535"/>
        <w:gridCol w:w="5102"/>
      </w:tblGrid>
      <w:tr w:rsidR="001D23E5" w14:paraId="09842DC3" w14:textId="77777777">
        <w:trPr>
          <w:jc w:val="center"/>
        </w:trPr>
        <w:tc>
          <w:tcPr>
            <w:tcW w:w="4535" w:type="dxa"/>
            <w:vAlign w:val="center"/>
          </w:tcPr>
          <w:p w14:paraId="019C0F5B" w14:textId="77777777" w:rsidR="001D23E5" w:rsidRDefault="00741F4B">
            <w:r>
              <w:rPr>
                <w:b/>
                <w:sz w:val="16"/>
              </w:rPr>
              <w:t>Fecha de inicio del periodo de programación presentado a la convocatoria</w:t>
            </w:r>
          </w:p>
        </w:tc>
        <w:tc>
          <w:tcPr>
            <w:tcW w:w="5102" w:type="dxa"/>
            <w:vAlign w:val="center"/>
          </w:tcPr>
          <w:p w14:paraId="5B05D333" w14:textId="77777777" w:rsidR="001D23E5" w:rsidRDefault="001D23E5"/>
        </w:tc>
      </w:tr>
      <w:tr w:rsidR="001D23E5" w14:paraId="50E5C66B" w14:textId="77777777">
        <w:trPr>
          <w:jc w:val="center"/>
        </w:trPr>
        <w:tc>
          <w:tcPr>
            <w:tcW w:w="4535" w:type="dxa"/>
            <w:vAlign w:val="center"/>
          </w:tcPr>
          <w:p w14:paraId="2EDC55CD" w14:textId="77777777" w:rsidR="001D23E5" w:rsidRDefault="00741F4B">
            <w:r>
              <w:rPr>
                <w:b/>
                <w:sz w:val="16"/>
              </w:rPr>
              <w:t>Fecha de finalización del periodo de programación presentado a la convocatoria</w:t>
            </w:r>
          </w:p>
        </w:tc>
        <w:tc>
          <w:tcPr>
            <w:tcW w:w="5102" w:type="dxa"/>
            <w:vAlign w:val="center"/>
          </w:tcPr>
          <w:p w14:paraId="55D469A5" w14:textId="77777777" w:rsidR="001D23E5" w:rsidRDefault="001D23E5"/>
        </w:tc>
      </w:tr>
      <w:tr w:rsidR="001D23E5" w14:paraId="681F1C68" w14:textId="77777777">
        <w:trPr>
          <w:jc w:val="center"/>
        </w:trPr>
        <w:tc>
          <w:tcPr>
            <w:tcW w:w="4535" w:type="dxa"/>
            <w:vAlign w:val="center"/>
          </w:tcPr>
          <w:p w14:paraId="19F9CACB" w14:textId="77777777" w:rsidR="001D23E5" w:rsidRDefault="00741F4B">
            <w:r>
              <w:rPr>
                <w:b/>
                <w:sz w:val="16"/>
              </w:rPr>
              <w:t>Duración total del periodo presentado, en días naturales</w:t>
            </w:r>
          </w:p>
        </w:tc>
        <w:tc>
          <w:tcPr>
            <w:tcW w:w="5102" w:type="dxa"/>
            <w:vAlign w:val="center"/>
          </w:tcPr>
          <w:p w14:paraId="1EE59202" w14:textId="77777777" w:rsidR="001D23E5" w:rsidRDefault="001D23E5"/>
        </w:tc>
      </w:tr>
      <w:tr w:rsidR="001D23E5" w14:paraId="190D2FE4" w14:textId="77777777">
        <w:trPr>
          <w:jc w:val="center"/>
        </w:trPr>
        <w:tc>
          <w:tcPr>
            <w:tcW w:w="4535" w:type="dxa"/>
            <w:vAlign w:val="center"/>
          </w:tcPr>
          <w:p w14:paraId="0C91BF24" w14:textId="77777777" w:rsidR="001D23E5" w:rsidRDefault="00741F4B">
            <w:r>
              <w:rPr>
                <w:b/>
                <w:sz w:val="16"/>
              </w:rPr>
              <w:t>Duración total del periodo presentado, en meses</w:t>
            </w:r>
          </w:p>
        </w:tc>
        <w:tc>
          <w:tcPr>
            <w:tcW w:w="5102" w:type="dxa"/>
            <w:vAlign w:val="center"/>
          </w:tcPr>
          <w:p w14:paraId="4E5E7722" w14:textId="77777777" w:rsidR="001D23E5" w:rsidRDefault="001D23E5"/>
        </w:tc>
      </w:tr>
      <w:tr w:rsidR="001D23E5" w14:paraId="20DBACDC" w14:textId="77777777">
        <w:trPr>
          <w:jc w:val="center"/>
        </w:trPr>
        <w:tc>
          <w:tcPr>
            <w:tcW w:w="4535" w:type="dxa"/>
            <w:vAlign w:val="center"/>
          </w:tcPr>
          <w:p w14:paraId="29F2FDD2" w14:textId="77777777" w:rsidR="001D23E5" w:rsidRDefault="00741F4B">
            <w:r>
              <w:rPr>
                <w:b/>
                <w:sz w:val="16"/>
              </w:rPr>
              <w:t>Número total de espectáculos o funciones principales incluidos dentro del periodo máximo de cinco meses</w:t>
            </w:r>
          </w:p>
        </w:tc>
        <w:tc>
          <w:tcPr>
            <w:tcW w:w="5102" w:type="dxa"/>
            <w:vAlign w:val="center"/>
          </w:tcPr>
          <w:p w14:paraId="6A001968" w14:textId="77777777" w:rsidR="001D23E5" w:rsidRDefault="001D23E5"/>
        </w:tc>
      </w:tr>
      <w:tr w:rsidR="001D23E5" w14:paraId="28344798" w14:textId="77777777">
        <w:trPr>
          <w:jc w:val="center"/>
        </w:trPr>
        <w:tc>
          <w:tcPr>
            <w:tcW w:w="4535" w:type="dxa"/>
            <w:vAlign w:val="center"/>
          </w:tcPr>
          <w:p w14:paraId="268333FD" w14:textId="77777777" w:rsidR="001D23E5" w:rsidRDefault="00741F4B">
            <w:r>
              <w:rPr>
                <w:b/>
                <w:sz w:val="16"/>
              </w:rPr>
              <w:t>Espacio o espacios propuestos o utilizados para la celebración del festival o feria cultural</w:t>
            </w:r>
          </w:p>
        </w:tc>
        <w:tc>
          <w:tcPr>
            <w:tcW w:w="5102" w:type="dxa"/>
            <w:vAlign w:val="center"/>
          </w:tcPr>
          <w:p w14:paraId="126E3001" w14:textId="77777777" w:rsidR="001D23E5" w:rsidRDefault="001D23E5"/>
        </w:tc>
      </w:tr>
      <w:tr w:rsidR="001D23E5" w14:paraId="06263ECC" w14:textId="77777777">
        <w:trPr>
          <w:jc w:val="center"/>
        </w:trPr>
        <w:tc>
          <w:tcPr>
            <w:tcW w:w="4535" w:type="dxa"/>
            <w:vAlign w:val="center"/>
          </w:tcPr>
          <w:p w14:paraId="78AB52A7" w14:textId="77777777" w:rsidR="001D23E5" w:rsidRDefault="00741F4B">
            <w:r>
              <w:rPr>
                <w:b/>
                <w:sz w:val="16"/>
              </w:rPr>
              <w:t>Aforo/capacidad del espacio o espacios propuestos o utilizados, a efectos de comprobar el requisito mínimo de 3.000 asistentes previsto en las bases</w:t>
            </w:r>
          </w:p>
        </w:tc>
        <w:tc>
          <w:tcPr>
            <w:tcW w:w="5102" w:type="dxa"/>
            <w:vAlign w:val="center"/>
          </w:tcPr>
          <w:p w14:paraId="5F8ED8F6" w14:textId="77777777" w:rsidR="001D23E5" w:rsidRDefault="001D23E5"/>
        </w:tc>
      </w:tr>
      <w:tr w:rsidR="001D23E5" w14:paraId="5C7DB9CF" w14:textId="77777777">
        <w:trPr>
          <w:jc w:val="center"/>
        </w:trPr>
        <w:tc>
          <w:tcPr>
            <w:tcW w:w="4535" w:type="dxa"/>
            <w:vAlign w:val="center"/>
          </w:tcPr>
          <w:p w14:paraId="0443BB08" w14:textId="77777777" w:rsidR="001D23E5" w:rsidRDefault="00741F4B">
            <w:r>
              <w:rPr>
                <w:b/>
                <w:sz w:val="16"/>
              </w:rPr>
              <w:t xml:space="preserve">Aforo ofertado o asistencia real acreditada de los eventos que componen el festival o feria cultural, a efectos de valoración del criterio previsto en el artículo </w:t>
            </w:r>
            <w:r>
              <w:rPr>
                <w:b/>
                <w:sz w:val="16"/>
              </w:rPr>
              <w:lastRenderedPageBreak/>
              <w:t>16.1.1 de las bases</w:t>
            </w:r>
          </w:p>
        </w:tc>
        <w:tc>
          <w:tcPr>
            <w:tcW w:w="5102" w:type="dxa"/>
            <w:vAlign w:val="center"/>
          </w:tcPr>
          <w:p w14:paraId="356AC7BF" w14:textId="77777777" w:rsidR="001D23E5" w:rsidRDefault="001D23E5"/>
        </w:tc>
      </w:tr>
      <w:tr w:rsidR="001D23E5" w14:paraId="0F4DD48D" w14:textId="77777777">
        <w:trPr>
          <w:jc w:val="center"/>
        </w:trPr>
        <w:tc>
          <w:tcPr>
            <w:tcW w:w="4535" w:type="dxa"/>
            <w:vAlign w:val="center"/>
          </w:tcPr>
          <w:p w14:paraId="5E4E28B8" w14:textId="77777777" w:rsidR="001D23E5" w:rsidRDefault="00741F4B">
            <w:r>
              <w:rPr>
                <w:b/>
                <w:sz w:val="16"/>
              </w:rPr>
              <w:t>Forma de cálculo del aforo ofertado o sistema de acreditación de la asistencia real</w:t>
            </w:r>
          </w:p>
        </w:tc>
        <w:tc>
          <w:tcPr>
            <w:tcW w:w="5102" w:type="dxa"/>
            <w:vAlign w:val="center"/>
          </w:tcPr>
          <w:p w14:paraId="777CF19C" w14:textId="77777777" w:rsidR="001D23E5" w:rsidRDefault="001D23E5"/>
        </w:tc>
      </w:tr>
    </w:tbl>
    <w:p w14:paraId="37DFE7D6" w14:textId="77777777" w:rsidR="001D23E5" w:rsidRDefault="00741F4B">
      <w:pPr>
        <w:spacing w:after="60"/>
      </w:pPr>
      <w:r>
        <w:rPr>
          <w:i/>
          <w:sz w:val="17"/>
        </w:rPr>
        <w:t>Para proyectos correspondientes al ejercicio 2026 no ejecutados en el momento de la solicitud se indicará el aforo ofertado o previsto. Para proyectos correspondientes al ejercicio 2025 ya ejecutados, o proyectos 2026 ya ejecutados en el momento de la solicitud, deberá indicarse la asistencia real acreditada.</w:t>
      </w:r>
    </w:p>
    <w:p w14:paraId="23CDC294" w14:textId="77777777" w:rsidR="001D23E5" w:rsidRDefault="00741F4B">
      <w:pPr>
        <w:spacing w:after="60"/>
      </w:pPr>
      <w:r>
        <w:rPr>
          <w:i/>
          <w:sz w:val="17"/>
        </w:rPr>
        <w:t>En todo caso, deberá acreditarse que el espacio o espacios propuestos o utilizados cumplen el requisito mínimo de aforo/capacidad establecido en las bases. Los espectáculos o funciones principales realizados fuera del periodo máximo de cinco meses no se computarán a efectos de la subvención.</w:t>
      </w:r>
    </w:p>
    <w:p w14:paraId="27AE6655" w14:textId="77777777" w:rsidR="001D23E5" w:rsidRDefault="00741F4B">
      <w:pPr>
        <w:spacing w:before="120" w:after="60"/>
      </w:pPr>
      <w:r>
        <w:rPr>
          <w:b/>
          <w:sz w:val="20"/>
        </w:rPr>
        <w:t>6. COPRODUCCIÓN, EN SU CASO</w:t>
      </w:r>
    </w:p>
    <w:p w14:paraId="6898980E" w14:textId="77777777" w:rsidR="001D23E5" w:rsidRDefault="00741F4B">
      <w:pPr>
        <w:spacing w:after="60"/>
      </w:pPr>
      <w:r>
        <w:rPr>
          <w:i/>
          <w:sz w:val="17"/>
        </w:rPr>
        <w:t>¿El proyecto está coproducido por dos o más entidades?</w:t>
      </w:r>
    </w:p>
    <w:tbl>
      <w:tblPr>
        <w:tblStyle w:val="Tablaconcuadrcula"/>
        <w:tblW w:w="0" w:type="auto"/>
        <w:jc w:val="center"/>
        <w:tblLook w:val="04A0" w:firstRow="1" w:lastRow="0" w:firstColumn="1" w:lastColumn="0" w:noHBand="0" w:noVBand="1"/>
      </w:tblPr>
      <w:tblGrid>
        <w:gridCol w:w="5272"/>
        <w:gridCol w:w="5596"/>
      </w:tblGrid>
      <w:tr w:rsidR="001D23E5" w14:paraId="581F40ED" w14:textId="77777777">
        <w:trPr>
          <w:jc w:val="center"/>
        </w:trPr>
        <w:tc>
          <w:tcPr>
            <w:tcW w:w="5326" w:type="dxa"/>
            <w:vAlign w:val="center"/>
          </w:tcPr>
          <w:p w14:paraId="410E2E5F" w14:textId="77777777" w:rsidR="001D23E5" w:rsidRDefault="00741F4B">
            <w:r>
              <w:rPr>
                <w:sz w:val="17"/>
              </w:rPr>
              <w:t>☐ Sí</w:t>
            </w:r>
          </w:p>
        </w:tc>
        <w:tc>
          <w:tcPr>
            <w:tcW w:w="5326" w:type="dxa"/>
            <w:vAlign w:val="center"/>
          </w:tcPr>
          <w:p w14:paraId="5815D1D2" w14:textId="77777777" w:rsidR="001D23E5" w:rsidRDefault="00741F4B">
            <w:r>
              <w:rPr>
                <w:sz w:val="17"/>
              </w:rPr>
              <w:t>☐ No</w:t>
            </w:r>
          </w:p>
        </w:tc>
      </w:tr>
      <w:tr w:rsidR="001D23E5" w14:paraId="5B75C41C" w14:textId="77777777">
        <w:trPr>
          <w:jc w:val="center"/>
        </w:trPr>
        <w:tc>
          <w:tcPr>
            <w:tcW w:w="3969" w:type="dxa"/>
            <w:vAlign w:val="center"/>
          </w:tcPr>
          <w:p w14:paraId="420AA38E" w14:textId="77777777" w:rsidR="001D23E5" w:rsidRDefault="00741F4B">
            <w:r>
              <w:rPr>
                <w:b/>
                <w:sz w:val="17"/>
              </w:rPr>
              <w:t>En caso afirmativo, identificar las entidades coproductoras</w:t>
            </w:r>
          </w:p>
        </w:tc>
        <w:tc>
          <w:tcPr>
            <w:tcW w:w="5669" w:type="dxa"/>
            <w:vAlign w:val="center"/>
          </w:tcPr>
          <w:p w14:paraId="2D316829" w14:textId="77777777" w:rsidR="001D23E5" w:rsidRDefault="001D23E5"/>
        </w:tc>
      </w:tr>
    </w:tbl>
    <w:p w14:paraId="4FF1507F" w14:textId="77777777" w:rsidR="001D23E5" w:rsidRDefault="00741F4B">
      <w:pPr>
        <w:spacing w:after="60"/>
      </w:pPr>
      <w:r>
        <w:rPr>
          <w:sz w:val="17"/>
        </w:rPr>
        <w:t>La entidad solicitante declara que actúa como solicitante única de la subvención y que, en caso de resultar beneficiaria, asumirá frente al IMAE las obligaciones derivadas de la concesión.</w:t>
      </w:r>
    </w:p>
    <w:p w14:paraId="77A9E84F" w14:textId="77777777" w:rsidR="001D23E5" w:rsidRDefault="00741F4B">
      <w:pPr>
        <w:spacing w:before="120" w:after="60"/>
      </w:pPr>
      <w:r>
        <w:rPr>
          <w:b/>
          <w:sz w:val="20"/>
        </w:rPr>
        <w:t>7. DECLARACIONES RESPONSABLES</w:t>
      </w:r>
    </w:p>
    <w:p w14:paraId="4C42062D" w14:textId="77777777" w:rsidR="001D23E5" w:rsidRPr="00741F4B" w:rsidRDefault="00741F4B" w:rsidP="00741F4B">
      <w:pPr>
        <w:spacing w:after="60"/>
        <w:jc w:val="both"/>
        <w:rPr>
          <w:rFonts w:cs="Arial"/>
          <w:szCs w:val="18"/>
        </w:rPr>
      </w:pPr>
      <w:r w:rsidRPr="00741F4B">
        <w:rPr>
          <w:rFonts w:cs="Arial"/>
          <w:szCs w:val="18"/>
        </w:rPr>
        <w:t>a) Que cumple los requisitos establecidos en el artículo 4 de las bases reguladoras y convocatoria.</w:t>
      </w:r>
    </w:p>
    <w:p w14:paraId="1BF3C058" w14:textId="77777777" w:rsidR="001D23E5" w:rsidRPr="00741F4B" w:rsidRDefault="00741F4B" w:rsidP="00741F4B">
      <w:pPr>
        <w:spacing w:after="60"/>
        <w:jc w:val="both"/>
        <w:rPr>
          <w:rFonts w:cs="Arial"/>
          <w:szCs w:val="18"/>
        </w:rPr>
      </w:pPr>
      <w:r w:rsidRPr="00741F4B">
        <w:rPr>
          <w:rFonts w:cs="Arial"/>
          <w:szCs w:val="18"/>
        </w:rPr>
        <w:t>b) Que no se encuentra incursa en ninguna de las prohibiciones para obtener la condición de beneficiaria previstas en el artículo 13 de la Ley 38/2003, de 17 de noviembre, General de Subvenciones.</w:t>
      </w:r>
    </w:p>
    <w:p w14:paraId="7126BB32" w14:textId="77777777" w:rsidR="001D23E5" w:rsidRPr="00741F4B" w:rsidRDefault="00741F4B" w:rsidP="00741F4B">
      <w:pPr>
        <w:spacing w:after="60"/>
        <w:jc w:val="both"/>
        <w:rPr>
          <w:rFonts w:cs="Arial"/>
          <w:szCs w:val="18"/>
        </w:rPr>
      </w:pPr>
      <w:r w:rsidRPr="00741F4B">
        <w:rPr>
          <w:rFonts w:cs="Arial"/>
          <w:szCs w:val="18"/>
        </w:rPr>
        <w:t>c) Que todos los datos incluidos en esta solicitud y en la documentación que la acompaña son ciertos.</w:t>
      </w:r>
    </w:p>
    <w:p w14:paraId="75E85516" w14:textId="77777777" w:rsidR="001D23E5" w:rsidRPr="00741F4B" w:rsidRDefault="00741F4B" w:rsidP="00741F4B">
      <w:pPr>
        <w:spacing w:after="60"/>
        <w:jc w:val="both"/>
        <w:rPr>
          <w:rFonts w:cs="Arial"/>
          <w:szCs w:val="18"/>
        </w:rPr>
      </w:pPr>
      <w:r w:rsidRPr="00741F4B">
        <w:rPr>
          <w:rFonts w:cs="Arial"/>
          <w:szCs w:val="18"/>
        </w:rPr>
        <w:t>d) Que se encuentra al corriente en el cumplimiento de sus obligaciones tributarias y frente a la Seguridad Social.</w:t>
      </w:r>
    </w:p>
    <w:p w14:paraId="6D152ACB" w14:textId="77777777" w:rsidR="001D23E5" w:rsidRPr="00741F4B" w:rsidRDefault="00741F4B" w:rsidP="00741F4B">
      <w:pPr>
        <w:spacing w:after="60"/>
        <w:jc w:val="both"/>
        <w:rPr>
          <w:rFonts w:cs="Arial"/>
          <w:szCs w:val="18"/>
        </w:rPr>
      </w:pPr>
      <w:r w:rsidRPr="00741F4B">
        <w:rPr>
          <w:rFonts w:cs="Arial"/>
          <w:szCs w:val="18"/>
        </w:rPr>
        <w:t>e) Que cumple las obligaciones establecidas en la Ley Orgánica 3/2007, de 22 de marzo, para la Igualdad Efectiva de Mujeres y Hombres, así como en la Ley 4/2023, de 28 de febrero, para la Igualdad Real y Efectiva de las Personas Trans y para la Garantía de los Derechos de las Personas LGTBI.</w:t>
      </w:r>
    </w:p>
    <w:p w14:paraId="6017AD0C" w14:textId="77777777" w:rsidR="001D23E5" w:rsidRPr="00741F4B" w:rsidRDefault="00741F4B" w:rsidP="00741F4B">
      <w:pPr>
        <w:spacing w:after="60"/>
        <w:jc w:val="both"/>
        <w:rPr>
          <w:rFonts w:cs="Arial"/>
          <w:szCs w:val="18"/>
        </w:rPr>
      </w:pPr>
      <w:r w:rsidRPr="00741F4B">
        <w:rPr>
          <w:rFonts w:cs="Arial"/>
          <w:szCs w:val="18"/>
        </w:rPr>
        <w:t>f) Que sus fines u objetivos, sistema de admisión o acceso, funcionamiento, trayectoria, actuación, organización o estatutos no son contrarios al principio de igualdad de mujeres y hombres ni al principio de no discriminación por razón de sexo.</w:t>
      </w:r>
    </w:p>
    <w:p w14:paraId="07569694" w14:textId="77777777" w:rsidR="001D23E5" w:rsidRPr="00741F4B" w:rsidRDefault="00741F4B" w:rsidP="00741F4B">
      <w:pPr>
        <w:spacing w:after="60"/>
        <w:jc w:val="both"/>
        <w:rPr>
          <w:rFonts w:cs="Arial"/>
          <w:szCs w:val="18"/>
        </w:rPr>
      </w:pPr>
      <w:r w:rsidRPr="00741F4B">
        <w:rPr>
          <w:rFonts w:cs="Arial"/>
          <w:szCs w:val="18"/>
        </w:rPr>
        <w:t>g) Que no ha sido sancionada en firme, en vía administrativa, laboral o penal, por vulneración del derecho a la igualdad y a la no discriminación por razón de sexo.</w:t>
      </w:r>
    </w:p>
    <w:p w14:paraId="1FDB70DA" w14:textId="77777777" w:rsidR="001D23E5" w:rsidRPr="00741F4B" w:rsidRDefault="00741F4B" w:rsidP="00741F4B">
      <w:pPr>
        <w:spacing w:after="60"/>
        <w:jc w:val="both"/>
        <w:rPr>
          <w:rFonts w:cs="Arial"/>
          <w:szCs w:val="18"/>
        </w:rPr>
      </w:pPr>
      <w:r w:rsidRPr="00741F4B">
        <w:rPr>
          <w:rFonts w:cs="Arial"/>
          <w:szCs w:val="18"/>
        </w:rPr>
        <w:t>h) Que conoce que la ayuda prevista en esta convocatoria es incompatible con la percepción de cualquier otra subvención o patrocinio que durante el periodo subvencionable promueva el Ayuntamiento de Córdoba o las entidades del sector público del Ayuntamiento de Córdoba.</w:t>
      </w:r>
    </w:p>
    <w:p w14:paraId="408520CE" w14:textId="77777777" w:rsidR="001D23E5" w:rsidRPr="00741F4B" w:rsidRDefault="00741F4B" w:rsidP="00741F4B">
      <w:pPr>
        <w:spacing w:after="60"/>
        <w:jc w:val="both"/>
        <w:rPr>
          <w:rFonts w:cs="Arial"/>
          <w:szCs w:val="18"/>
        </w:rPr>
      </w:pPr>
      <w:r w:rsidRPr="00741F4B">
        <w:rPr>
          <w:rFonts w:cs="Arial"/>
          <w:szCs w:val="18"/>
        </w:rPr>
        <w:t>i) Que conoce que el aforo ofertado o la asistencia real acreditada declarados en esta solicitud serán tenidos en cuenta para la valoración del criterio previsto en el artículo 16.1.1 de las bases y, en su caso, para la comprobación de las desviaciones que puedan dar lugar a la pérdida total o parcial del derecho de cobro conforme al artículo 26 de las bases.</w:t>
      </w:r>
    </w:p>
    <w:p w14:paraId="4E484EDC" w14:textId="47F63A1C" w:rsidR="001D23E5" w:rsidRPr="00741F4B" w:rsidRDefault="00741F4B" w:rsidP="00741F4B">
      <w:pPr>
        <w:spacing w:after="60"/>
        <w:jc w:val="both"/>
        <w:rPr>
          <w:rFonts w:cs="Arial"/>
          <w:szCs w:val="18"/>
        </w:rPr>
      </w:pPr>
      <w:r w:rsidRPr="00741F4B">
        <w:rPr>
          <w:rFonts w:cs="Arial"/>
          <w:szCs w:val="18"/>
        </w:rPr>
        <w:t xml:space="preserve">j) Que se compromete a mantener el cumplimiento de los requisitos exigidos durante todo el </w:t>
      </w:r>
      <w:proofErr w:type="spellStart"/>
      <w:r w:rsidRPr="00741F4B">
        <w:rPr>
          <w:rFonts w:cs="Arial"/>
          <w:szCs w:val="18"/>
        </w:rPr>
        <w:t>tiempo</w:t>
      </w:r>
      <w:proofErr w:type="spellEnd"/>
      <w:r w:rsidRPr="00741F4B">
        <w:rPr>
          <w:rFonts w:cs="Arial"/>
          <w:szCs w:val="18"/>
        </w:rPr>
        <w:t xml:space="preserve"> </w:t>
      </w:r>
      <w:proofErr w:type="spellStart"/>
      <w:r w:rsidRPr="00741F4B">
        <w:rPr>
          <w:rFonts w:cs="Arial"/>
          <w:szCs w:val="18"/>
        </w:rPr>
        <w:t>inherente</w:t>
      </w:r>
      <w:proofErr w:type="spellEnd"/>
      <w:r w:rsidRPr="00741F4B">
        <w:rPr>
          <w:rFonts w:cs="Arial"/>
          <w:szCs w:val="18"/>
        </w:rPr>
        <w:t xml:space="preserve"> al </w:t>
      </w:r>
      <w:proofErr w:type="spellStart"/>
      <w:r w:rsidRPr="00741F4B">
        <w:rPr>
          <w:rFonts w:cs="Arial"/>
          <w:szCs w:val="18"/>
        </w:rPr>
        <w:t>reconocimiento</w:t>
      </w:r>
      <w:proofErr w:type="spellEnd"/>
      <w:r w:rsidRPr="00741F4B">
        <w:rPr>
          <w:rFonts w:cs="Arial"/>
          <w:szCs w:val="18"/>
        </w:rPr>
        <w:t xml:space="preserve"> del derecho.</w:t>
      </w:r>
    </w:p>
    <w:p w14:paraId="31341B6B" w14:textId="77777777" w:rsidR="00741F4B" w:rsidRPr="00741F4B" w:rsidRDefault="00741F4B" w:rsidP="00741F4B">
      <w:pPr>
        <w:spacing w:after="60"/>
        <w:jc w:val="both"/>
        <w:rPr>
          <w:rFonts w:cs="Arial"/>
          <w:szCs w:val="18"/>
          <w:lang w:val="es-ES"/>
        </w:rPr>
      </w:pPr>
      <w:r w:rsidRPr="004F4B0E">
        <w:rPr>
          <w:rFonts w:cs="Arial"/>
          <w:szCs w:val="18"/>
          <w:lang w:val="es-ES"/>
        </w:rPr>
        <w:t>k)</w:t>
      </w:r>
      <w:r w:rsidRPr="00741F4B">
        <w:rPr>
          <w:rFonts w:cs="Arial"/>
          <w:szCs w:val="18"/>
          <w:lang w:val="es-ES"/>
        </w:rPr>
        <w:t xml:space="preserve"> Que la entidad solicitante no está sujeta a una orden de recuperación pendiente tras una decisión previa de la Comisión Europea que haya declarado una ayuda ilegal e incompatible con el mercado interior.</w:t>
      </w:r>
    </w:p>
    <w:p w14:paraId="370CAC51" w14:textId="77777777" w:rsidR="00741F4B" w:rsidRPr="00741F4B" w:rsidRDefault="00741F4B" w:rsidP="00741F4B">
      <w:pPr>
        <w:spacing w:after="60"/>
        <w:jc w:val="both"/>
        <w:rPr>
          <w:rFonts w:cs="Arial"/>
          <w:szCs w:val="18"/>
          <w:lang w:val="es-ES"/>
        </w:rPr>
      </w:pPr>
      <w:r w:rsidRPr="004F4B0E">
        <w:rPr>
          <w:rFonts w:cs="Arial"/>
          <w:szCs w:val="18"/>
          <w:lang w:val="es-ES"/>
        </w:rPr>
        <w:t>l)</w:t>
      </w:r>
      <w:r w:rsidRPr="00741F4B">
        <w:rPr>
          <w:rFonts w:cs="Arial"/>
          <w:szCs w:val="18"/>
          <w:lang w:val="es-ES"/>
        </w:rPr>
        <w:t xml:space="preserve"> Que la entidad no tiene la consideración de empresa en crisis en los términos establecidos en el Reglamento (UE) n.º 651/2014.</w:t>
      </w:r>
    </w:p>
    <w:p w14:paraId="4C2020A2" w14:textId="77777777" w:rsidR="00741F4B" w:rsidRDefault="00741F4B">
      <w:pPr>
        <w:spacing w:after="60"/>
      </w:pPr>
    </w:p>
    <w:p w14:paraId="47062776" w14:textId="77777777" w:rsidR="001D23E5" w:rsidRDefault="00741F4B">
      <w:pPr>
        <w:spacing w:before="120" w:after="60"/>
      </w:pPr>
      <w:r>
        <w:rPr>
          <w:b/>
          <w:sz w:val="20"/>
        </w:rPr>
        <w:t>8. AUTORIZACIÓN PARA CONSULTAS</w:t>
      </w:r>
    </w:p>
    <w:p w14:paraId="5224B607" w14:textId="77777777" w:rsidR="001D23E5" w:rsidRDefault="00741F4B">
      <w:pPr>
        <w:spacing w:after="60"/>
      </w:pPr>
      <w:r>
        <w:rPr>
          <w:sz w:val="17"/>
        </w:rPr>
        <w:t>La presentación de la solicitud conlleva la autorización al órgano instructor para obtener la información de consulta y verificación de los datos de identidad y de estar al corriente de pago con la Agencia Estatal de Administración Tributaria y con la Seguridad Social.</w:t>
      </w:r>
    </w:p>
    <w:p w14:paraId="6568146A" w14:textId="77777777" w:rsidR="001D23E5" w:rsidRDefault="00741F4B">
      <w:pPr>
        <w:spacing w:after="60"/>
      </w:pPr>
      <w:r>
        <w:rPr>
          <w:sz w:val="17"/>
        </w:rPr>
        <w:t>En caso de oposición o no autorización a dichas consultas, la persona o entidad solicitante deberá aportar las certificaciones correspondientes, de acuerdo con lo previsto en la normativa aplicable.</w:t>
      </w:r>
    </w:p>
    <w:p w14:paraId="64E41999" w14:textId="77777777" w:rsidR="001D23E5" w:rsidRDefault="00741F4B">
      <w:pPr>
        <w:spacing w:after="60"/>
      </w:pPr>
      <w:r>
        <w:rPr>
          <w:i/>
          <w:sz w:val="17"/>
        </w:rPr>
        <w:t>¿Autoriza la consulta de datos de estar al corriente con la AEAT?</w:t>
      </w:r>
    </w:p>
    <w:tbl>
      <w:tblPr>
        <w:tblStyle w:val="Tablaconcuadrcula"/>
        <w:tblW w:w="0" w:type="auto"/>
        <w:jc w:val="center"/>
        <w:tblLook w:val="04A0" w:firstRow="1" w:lastRow="0" w:firstColumn="1" w:lastColumn="0" w:noHBand="0" w:noVBand="1"/>
      </w:tblPr>
      <w:tblGrid>
        <w:gridCol w:w="5326"/>
        <w:gridCol w:w="5326"/>
      </w:tblGrid>
      <w:tr w:rsidR="001D23E5" w14:paraId="3BB759AC" w14:textId="77777777">
        <w:trPr>
          <w:jc w:val="center"/>
        </w:trPr>
        <w:tc>
          <w:tcPr>
            <w:tcW w:w="5326" w:type="dxa"/>
            <w:vAlign w:val="center"/>
          </w:tcPr>
          <w:p w14:paraId="1DB6DC6C" w14:textId="77777777" w:rsidR="001D23E5" w:rsidRDefault="00741F4B">
            <w:r>
              <w:rPr>
                <w:sz w:val="17"/>
              </w:rPr>
              <w:t>☐ Sí</w:t>
            </w:r>
          </w:p>
        </w:tc>
        <w:tc>
          <w:tcPr>
            <w:tcW w:w="5326" w:type="dxa"/>
            <w:vAlign w:val="center"/>
          </w:tcPr>
          <w:p w14:paraId="0B32ECE9" w14:textId="77777777" w:rsidR="001D23E5" w:rsidRDefault="00741F4B">
            <w:r>
              <w:rPr>
                <w:sz w:val="17"/>
              </w:rPr>
              <w:t>☐ No</w:t>
            </w:r>
          </w:p>
        </w:tc>
      </w:tr>
    </w:tbl>
    <w:p w14:paraId="03F7E9B7" w14:textId="77777777" w:rsidR="001D23E5" w:rsidRDefault="00741F4B">
      <w:pPr>
        <w:spacing w:after="60"/>
      </w:pPr>
      <w:r>
        <w:rPr>
          <w:i/>
          <w:sz w:val="17"/>
        </w:rPr>
        <w:t>¿Autoriza la consulta de datos de estar al corriente con la Seguridad Social?</w:t>
      </w:r>
    </w:p>
    <w:tbl>
      <w:tblPr>
        <w:tblStyle w:val="Tablaconcuadrcula"/>
        <w:tblW w:w="0" w:type="auto"/>
        <w:jc w:val="center"/>
        <w:tblLook w:val="04A0" w:firstRow="1" w:lastRow="0" w:firstColumn="1" w:lastColumn="0" w:noHBand="0" w:noVBand="1"/>
      </w:tblPr>
      <w:tblGrid>
        <w:gridCol w:w="5326"/>
        <w:gridCol w:w="5326"/>
      </w:tblGrid>
      <w:tr w:rsidR="001D23E5" w14:paraId="39E24ECB" w14:textId="77777777">
        <w:trPr>
          <w:jc w:val="center"/>
        </w:trPr>
        <w:tc>
          <w:tcPr>
            <w:tcW w:w="5326" w:type="dxa"/>
            <w:vAlign w:val="center"/>
          </w:tcPr>
          <w:p w14:paraId="58CDB6DE" w14:textId="77777777" w:rsidR="001D23E5" w:rsidRDefault="00741F4B">
            <w:r>
              <w:rPr>
                <w:sz w:val="17"/>
              </w:rPr>
              <w:t>☐ Sí</w:t>
            </w:r>
          </w:p>
        </w:tc>
        <w:tc>
          <w:tcPr>
            <w:tcW w:w="5326" w:type="dxa"/>
            <w:vAlign w:val="center"/>
          </w:tcPr>
          <w:p w14:paraId="66ED54FD" w14:textId="77777777" w:rsidR="001D23E5" w:rsidRDefault="00741F4B">
            <w:r>
              <w:rPr>
                <w:sz w:val="17"/>
              </w:rPr>
              <w:t>☐ No</w:t>
            </w:r>
          </w:p>
        </w:tc>
      </w:tr>
    </w:tbl>
    <w:p w14:paraId="39F59644" w14:textId="77777777" w:rsidR="001D23E5" w:rsidRDefault="00741F4B">
      <w:pPr>
        <w:spacing w:before="120" w:after="60"/>
      </w:pPr>
      <w:r>
        <w:rPr>
          <w:b/>
          <w:sz w:val="20"/>
        </w:rPr>
        <w:t>9. DOCUMENTACIÓN QUE SE ACOMPAÑA</w:t>
      </w:r>
    </w:p>
    <w:p w14:paraId="1D928459" w14:textId="77777777" w:rsidR="001D23E5" w:rsidRDefault="00741F4B">
      <w:pPr>
        <w:spacing w:after="60"/>
      </w:pPr>
      <w:r>
        <w:rPr>
          <w:sz w:val="17"/>
        </w:rPr>
        <w:t>☐ Anexo II. Presupuesto total equilibrado de gastos subvencionables e ingresos del proyecto.</w:t>
      </w:r>
    </w:p>
    <w:p w14:paraId="18EC156A" w14:textId="77777777" w:rsidR="001D23E5" w:rsidRDefault="00741F4B">
      <w:pPr>
        <w:spacing w:after="60"/>
      </w:pPr>
      <w:r>
        <w:rPr>
          <w:sz w:val="17"/>
        </w:rPr>
        <w:t>☐ Documentación acreditativa de la disponibilidad del inmueble o solicitud de disponibilidad al propietario.</w:t>
      </w:r>
    </w:p>
    <w:p w14:paraId="33FE3722" w14:textId="77777777" w:rsidR="001D23E5" w:rsidRDefault="00741F4B">
      <w:pPr>
        <w:spacing w:after="60"/>
      </w:pPr>
      <w:r>
        <w:rPr>
          <w:sz w:val="17"/>
        </w:rPr>
        <w:lastRenderedPageBreak/>
        <w:t>☐ Anexo III. Memoria del proyecto.</w:t>
      </w:r>
    </w:p>
    <w:p w14:paraId="3A95F2F6" w14:textId="77777777" w:rsidR="001D23E5" w:rsidRDefault="00741F4B">
      <w:pPr>
        <w:spacing w:after="60"/>
      </w:pPr>
      <w:r>
        <w:rPr>
          <w:sz w:val="17"/>
        </w:rPr>
        <w:t>☐ Declaración responsable de no hallarse incursa en prohibiciones para obtener la condición de beneficiaria.</w:t>
      </w:r>
    </w:p>
    <w:p w14:paraId="25969884" w14:textId="77777777" w:rsidR="001D23E5" w:rsidRDefault="00741F4B">
      <w:pPr>
        <w:spacing w:after="60"/>
      </w:pPr>
      <w:r>
        <w:rPr>
          <w:sz w:val="17"/>
        </w:rPr>
        <w:t>☐ Otra documentación: especificar ________________________________________________</w:t>
      </w:r>
    </w:p>
    <w:p w14:paraId="1D65CEEE" w14:textId="77777777" w:rsidR="001D23E5" w:rsidRDefault="00741F4B">
      <w:pPr>
        <w:spacing w:before="120" w:after="60"/>
      </w:pPr>
      <w:r>
        <w:rPr>
          <w:b/>
          <w:sz w:val="20"/>
        </w:rPr>
        <w:t>10. PROTECCIÓN DE DATOS</w:t>
      </w:r>
    </w:p>
    <w:p w14:paraId="65C0452B" w14:textId="77777777" w:rsidR="001D23E5" w:rsidRDefault="00741F4B">
      <w:pPr>
        <w:spacing w:after="60"/>
      </w:pPr>
      <w:r>
        <w:rPr>
          <w:sz w:val="17"/>
        </w:rPr>
        <w:t>Los datos personales facilitados serán tratados por el Ayuntamiento de Córdoba / IMAE con la finalidad de tramitar la solicitud de subvención, gestionar el procedimiento de concesión, realizar las actuaciones de comprobación, justificación y control que procedan, y cumplir las obligaciones legales aplicables en materia de subvenciones, transparencia y control financiero.</w:t>
      </w:r>
    </w:p>
    <w:p w14:paraId="1C2A721E" w14:textId="77777777" w:rsidR="001D23E5" w:rsidRDefault="00741F4B">
      <w:pPr>
        <w:spacing w:after="60"/>
      </w:pPr>
      <w:r>
        <w:rPr>
          <w:sz w:val="17"/>
        </w:rPr>
        <w:t>La persona interesada podrá ejercer los derechos que le reconozca la normativa vigente en materia de protección de datos ante el responsable del tratamiento, en los términos legalmente previstos.</w:t>
      </w:r>
    </w:p>
    <w:p w14:paraId="2368A72A" w14:textId="77777777" w:rsidR="001D23E5" w:rsidRDefault="00741F4B">
      <w:pPr>
        <w:spacing w:after="60"/>
      </w:pPr>
      <w:r>
        <w:rPr>
          <w:sz w:val="17"/>
        </w:rPr>
        <w:t>En Córdoba, a ____ de ____________________ de 20____.</w:t>
      </w:r>
    </w:p>
    <w:p w14:paraId="00E1CDEE" w14:textId="77777777" w:rsidR="001D23E5" w:rsidRDefault="00741F4B">
      <w:pPr>
        <w:spacing w:after="60"/>
      </w:pPr>
      <w:r>
        <w:rPr>
          <w:sz w:val="17"/>
        </w:rPr>
        <w:t>Firma de la persona solicitante o representante legal:</w:t>
      </w:r>
    </w:p>
    <w:sectPr w:rsidR="001D23E5" w:rsidSect="00034616">
      <w:footerReference w:type="default" r:id="rId9"/>
      <w:pgSz w:w="12240" w:h="15840"/>
      <w:pgMar w:top="680" w:right="794" w:bottom="680" w:left="7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53ECB" w14:textId="77777777" w:rsidR="00651EF2" w:rsidRDefault="00741F4B">
      <w:pPr>
        <w:spacing w:after="0" w:line="240" w:lineRule="auto"/>
      </w:pPr>
      <w:r>
        <w:separator/>
      </w:r>
    </w:p>
  </w:endnote>
  <w:endnote w:type="continuationSeparator" w:id="0">
    <w:p w14:paraId="7604E3AD" w14:textId="77777777" w:rsidR="00651EF2" w:rsidRDefault="00741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7CEB" w14:textId="77777777" w:rsidR="001D23E5" w:rsidRDefault="00741F4B">
    <w:pPr>
      <w:pStyle w:val="Piedepgina"/>
      <w:jc w:val="center"/>
    </w:pPr>
    <w:r>
      <w:rPr>
        <w:sz w:val="14"/>
      </w:rPr>
      <w:t>Anexo I – Solicitud. Convocatoria de concesión de subvenciones en régimen de concurrencia competitiva destinadas a ayudas a festivales y ferias culturales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FC9C0" w14:textId="77777777" w:rsidR="00651EF2" w:rsidRDefault="00741F4B">
      <w:pPr>
        <w:spacing w:after="0" w:line="240" w:lineRule="auto"/>
      </w:pPr>
      <w:r>
        <w:separator/>
      </w:r>
    </w:p>
  </w:footnote>
  <w:footnote w:type="continuationSeparator" w:id="0">
    <w:p w14:paraId="7002F6E4" w14:textId="77777777" w:rsidR="00651EF2" w:rsidRDefault="00741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23E5"/>
    <w:rsid w:val="0029639D"/>
    <w:rsid w:val="00326F90"/>
    <w:rsid w:val="004F4B0E"/>
    <w:rsid w:val="00651EF2"/>
    <w:rsid w:val="00741F4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3FFB52"/>
  <w14:defaultImageDpi w14:val="300"/>
  <w15:docId w15:val="{5B236865-BF90-434C-AD50-2FE8D7EB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60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Antonio</cp:lastModifiedBy>
  <cp:revision>3</cp:revision>
  <dcterms:created xsi:type="dcterms:W3CDTF">2013-12-23T23:15:00Z</dcterms:created>
  <dcterms:modified xsi:type="dcterms:W3CDTF">2026-07-24T06:40:00Z</dcterms:modified>
  <cp:category/>
</cp:coreProperties>
</file>