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2E0F2" w14:textId="77777777" w:rsidR="00067C7E" w:rsidRDefault="00E56EE4">
      <w:pPr>
        <w:spacing w:after="120"/>
        <w:jc w:val="center"/>
      </w:pPr>
      <w:r>
        <w:rPr>
          <w:noProof/>
        </w:rPr>
        <w:drawing>
          <wp:inline distT="0" distB="0" distL="0" distR="0" wp14:anchorId="40EF12C1" wp14:editId="2EAF6023">
            <wp:extent cx="1224000" cy="585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eg"/>
                    <pic:cNvPicPr/>
                  </pic:nvPicPr>
                  <pic:blipFill>
                    <a:blip r:embed="rId8"/>
                    <a:stretch>
                      <a:fillRect/>
                    </a:stretch>
                  </pic:blipFill>
                  <pic:spPr>
                    <a:xfrm>
                      <a:off x="0" y="0"/>
                      <a:ext cx="1224000" cy="585225"/>
                    </a:xfrm>
                    <a:prstGeom prst="rect">
                      <a:avLst/>
                    </a:prstGeom>
                  </pic:spPr>
                </pic:pic>
              </a:graphicData>
            </a:graphic>
          </wp:inline>
        </w:drawing>
      </w:r>
    </w:p>
    <w:p w14:paraId="6C0C5C7C" w14:textId="77777777" w:rsidR="00067C7E" w:rsidRDefault="00E56EE4">
      <w:pPr>
        <w:spacing w:after="40"/>
        <w:jc w:val="center"/>
      </w:pPr>
      <w:r>
        <w:rPr>
          <w:b/>
          <w:sz w:val="28"/>
        </w:rPr>
        <w:t>ANEXO V. MEMORIA ECONÓMICA JUSTIFICATIVA</w:t>
      </w:r>
    </w:p>
    <w:p w14:paraId="3144E035" w14:textId="77777777" w:rsidR="00067C7E" w:rsidRDefault="00E56EE4">
      <w:pPr>
        <w:jc w:val="center"/>
      </w:pPr>
      <w:r>
        <w:rPr>
          <w:b/>
          <w:sz w:val="20"/>
        </w:rPr>
        <w:t>MODELO DE MEMORIA ECONÓMICA JUSTIFICATIVA DEL COSTE DE LAS ACTIVIDADES REALIZADAS</w:t>
      </w:r>
    </w:p>
    <w:p w14:paraId="3A5A1F1B" w14:textId="77777777" w:rsidR="00067C7E" w:rsidRDefault="00E56EE4">
      <w:pPr>
        <w:spacing w:before="120" w:after="60"/>
      </w:pPr>
      <w:r>
        <w:rPr>
          <w:b/>
          <w:sz w:val="20"/>
        </w:rPr>
        <w:t>I. DECLARACIÓN DE EJECUCIÓN DEL IMPORTE DE LA SUBVENCIÓN</w:t>
      </w:r>
    </w:p>
    <w:p w14:paraId="2E681E16" w14:textId="77777777" w:rsidR="00067C7E" w:rsidRDefault="00E56EE4">
      <w:pPr>
        <w:spacing w:before="120" w:after="60"/>
      </w:pPr>
      <w:r>
        <w:rPr>
          <w:b/>
          <w:sz w:val="20"/>
        </w:rPr>
        <w:t>1. DATOS DEL BENEFICIARIO</w:t>
      </w:r>
    </w:p>
    <w:tbl>
      <w:tblPr>
        <w:tblStyle w:val="Tablaconcuadrcula"/>
        <w:tblW w:w="0" w:type="auto"/>
        <w:jc w:val="center"/>
        <w:tblLook w:val="04A0" w:firstRow="1" w:lastRow="0" w:firstColumn="1" w:lastColumn="0" w:noHBand="0" w:noVBand="1"/>
      </w:tblPr>
      <w:tblGrid>
        <w:gridCol w:w="3685"/>
        <w:gridCol w:w="5953"/>
      </w:tblGrid>
      <w:tr w:rsidR="00067C7E" w14:paraId="15C18A41" w14:textId="77777777">
        <w:trPr>
          <w:jc w:val="center"/>
        </w:trPr>
        <w:tc>
          <w:tcPr>
            <w:tcW w:w="3685" w:type="dxa"/>
            <w:vAlign w:val="center"/>
          </w:tcPr>
          <w:p w14:paraId="6B56EC36" w14:textId="77777777" w:rsidR="00067C7E" w:rsidRDefault="00E56EE4">
            <w:r>
              <w:rPr>
                <w:b/>
                <w:sz w:val="17"/>
              </w:rPr>
              <w:t>Nombre y apellidos / denominación</w:t>
            </w:r>
          </w:p>
        </w:tc>
        <w:tc>
          <w:tcPr>
            <w:tcW w:w="5953" w:type="dxa"/>
            <w:vAlign w:val="center"/>
          </w:tcPr>
          <w:p w14:paraId="00B0B2A1" w14:textId="77777777" w:rsidR="00067C7E" w:rsidRDefault="00067C7E"/>
        </w:tc>
      </w:tr>
      <w:tr w:rsidR="00067C7E" w14:paraId="728F46DC" w14:textId="77777777">
        <w:trPr>
          <w:jc w:val="center"/>
        </w:trPr>
        <w:tc>
          <w:tcPr>
            <w:tcW w:w="3685" w:type="dxa"/>
            <w:vAlign w:val="center"/>
          </w:tcPr>
          <w:p w14:paraId="3CE1A932" w14:textId="77777777" w:rsidR="00067C7E" w:rsidRDefault="00E56EE4">
            <w:r>
              <w:rPr>
                <w:b/>
                <w:sz w:val="17"/>
              </w:rPr>
              <w:t>CIF / NIF</w:t>
            </w:r>
          </w:p>
        </w:tc>
        <w:tc>
          <w:tcPr>
            <w:tcW w:w="5953" w:type="dxa"/>
            <w:vAlign w:val="center"/>
          </w:tcPr>
          <w:p w14:paraId="3824B061" w14:textId="77777777" w:rsidR="00067C7E" w:rsidRDefault="00067C7E"/>
        </w:tc>
      </w:tr>
      <w:tr w:rsidR="00067C7E" w14:paraId="5BC949E2" w14:textId="77777777">
        <w:trPr>
          <w:jc w:val="center"/>
        </w:trPr>
        <w:tc>
          <w:tcPr>
            <w:tcW w:w="3685" w:type="dxa"/>
            <w:vAlign w:val="center"/>
          </w:tcPr>
          <w:p w14:paraId="7D9E6D04" w14:textId="77777777" w:rsidR="00067C7E" w:rsidRDefault="00E56EE4">
            <w:r>
              <w:rPr>
                <w:b/>
                <w:sz w:val="17"/>
              </w:rPr>
              <w:t>Domicilio</w:t>
            </w:r>
          </w:p>
        </w:tc>
        <w:tc>
          <w:tcPr>
            <w:tcW w:w="5953" w:type="dxa"/>
            <w:vAlign w:val="center"/>
          </w:tcPr>
          <w:p w14:paraId="41C91F79" w14:textId="77777777" w:rsidR="00067C7E" w:rsidRDefault="00067C7E"/>
        </w:tc>
      </w:tr>
      <w:tr w:rsidR="00067C7E" w14:paraId="146D3399" w14:textId="77777777">
        <w:trPr>
          <w:jc w:val="center"/>
        </w:trPr>
        <w:tc>
          <w:tcPr>
            <w:tcW w:w="3685" w:type="dxa"/>
            <w:vAlign w:val="center"/>
          </w:tcPr>
          <w:p w14:paraId="542456A4" w14:textId="77777777" w:rsidR="00067C7E" w:rsidRDefault="00E56EE4">
            <w:r>
              <w:rPr>
                <w:b/>
                <w:sz w:val="17"/>
              </w:rPr>
              <w:t>Correo electrónico</w:t>
            </w:r>
          </w:p>
        </w:tc>
        <w:tc>
          <w:tcPr>
            <w:tcW w:w="5953" w:type="dxa"/>
            <w:vAlign w:val="center"/>
          </w:tcPr>
          <w:p w14:paraId="111CAEDE" w14:textId="77777777" w:rsidR="00067C7E" w:rsidRDefault="00067C7E"/>
        </w:tc>
      </w:tr>
      <w:tr w:rsidR="00067C7E" w14:paraId="7D7B0106" w14:textId="77777777">
        <w:trPr>
          <w:jc w:val="center"/>
        </w:trPr>
        <w:tc>
          <w:tcPr>
            <w:tcW w:w="3685" w:type="dxa"/>
            <w:vAlign w:val="center"/>
          </w:tcPr>
          <w:p w14:paraId="3C6129DB" w14:textId="77777777" w:rsidR="00067C7E" w:rsidRDefault="00E56EE4">
            <w:r>
              <w:rPr>
                <w:b/>
                <w:sz w:val="17"/>
              </w:rPr>
              <w:t>Teléfono</w:t>
            </w:r>
          </w:p>
        </w:tc>
        <w:tc>
          <w:tcPr>
            <w:tcW w:w="5953" w:type="dxa"/>
            <w:vAlign w:val="center"/>
          </w:tcPr>
          <w:p w14:paraId="768F9604" w14:textId="77777777" w:rsidR="00067C7E" w:rsidRDefault="00067C7E"/>
        </w:tc>
      </w:tr>
      <w:tr w:rsidR="00067C7E" w14:paraId="5DCA9E7B" w14:textId="77777777">
        <w:trPr>
          <w:jc w:val="center"/>
        </w:trPr>
        <w:tc>
          <w:tcPr>
            <w:tcW w:w="3685" w:type="dxa"/>
            <w:vAlign w:val="center"/>
          </w:tcPr>
          <w:p w14:paraId="72E340D5" w14:textId="77777777" w:rsidR="00067C7E" w:rsidRDefault="00E56EE4">
            <w:r>
              <w:rPr>
                <w:b/>
                <w:sz w:val="17"/>
              </w:rPr>
              <w:t>Localidad / Provincia / C.P.</w:t>
            </w:r>
          </w:p>
        </w:tc>
        <w:tc>
          <w:tcPr>
            <w:tcW w:w="5953" w:type="dxa"/>
            <w:vAlign w:val="center"/>
          </w:tcPr>
          <w:p w14:paraId="133B1CC0" w14:textId="77777777" w:rsidR="00067C7E" w:rsidRDefault="00067C7E"/>
        </w:tc>
      </w:tr>
    </w:tbl>
    <w:p w14:paraId="412EBF62" w14:textId="77777777" w:rsidR="00067C7E" w:rsidRDefault="00E56EE4">
      <w:pPr>
        <w:spacing w:before="120" w:after="60"/>
      </w:pPr>
      <w:r>
        <w:rPr>
          <w:b/>
          <w:sz w:val="20"/>
        </w:rPr>
        <w:t>2. DATOS DEL REPRESENTANTE LEGAL O APODERADO</w:t>
      </w:r>
    </w:p>
    <w:tbl>
      <w:tblPr>
        <w:tblStyle w:val="Tablaconcuadrcula"/>
        <w:tblW w:w="0" w:type="auto"/>
        <w:jc w:val="center"/>
        <w:tblLook w:val="04A0" w:firstRow="1" w:lastRow="0" w:firstColumn="1" w:lastColumn="0" w:noHBand="0" w:noVBand="1"/>
      </w:tblPr>
      <w:tblGrid>
        <w:gridCol w:w="3685"/>
        <w:gridCol w:w="5953"/>
      </w:tblGrid>
      <w:tr w:rsidR="00067C7E" w14:paraId="1AF3D1D8" w14:textId="77777777">
        <w:trPr>
          <w:jc w:val="center"/>
        </w:trPr>
        <w:tc>
          <w:tcPr>
            <w:tcW w:w="3685" w:type="dxa"/>
            <w:vAlign w:val="center"/>
          </w:tcPr>
          <w:p w14:paraId="3970DF41" w14:textId="77777777" w:rsidR="00067C7E" w:rsidRDefault="00E56EE4">
            <w:r>
              <w:rPr>
                <w:b/>
                <w:sz w:val="17"/>
              </w:rPr>
              <w:t>Nombre y apellidos</w:t>
            </w:r>
          </w:p>
        </w:tc>
        <w:tc>
          <w:tcPr>
            <w:tcW w:w="5953" w:type="dxa"/>
            <w:vAlign w:val="center"/>
          </w:tcPr>
          <w:p w14:paraId="3A31937C" w14:textId="77777777" w:rsidR="00067C7E" w:rsidRDefault="00067C7E"/>
        </w:tc>
      </w:tr>
      <w:tr w:rsidR="00067C7E" w14:paraId="1809D616" w14:textId="77777777">
        <w:trPr>
          <w:jc w:val="center"/>
        </w:trPr>
        <w:tc>
          <w:tcPr>
            <w:tcW w:w="3685" w:type="dxa"/>
            <w:vAlign w:val="center"/>
          </w:tcPr>
          <w:p w14:paraId="16C5FE20" w14:textId="77777777" w:rsidR="00067C7E" w:rsidRDefault="00E56EE4">
            <w:r>
              <w:rPr>
                <w:b/>
                <w:sz w:val="17"/>
              </w:rPr>
              <w:t>NIF</w:t>
            </w:r>
          </w:p>
        </w:tc>
        <w:tc>
          <w:tcPr>
            <w:tcW w:w="5953" w:type="dxa"/>
            <w:vAlign w:val="center"/>
          </w:tcPr>
          <w:p w14:paraId="44B2BD02" w14:textId="77777777" w:rsidR="00067C7E" w:rsidRDefault="00067C7E"/>
        </w:tc>
      </w:tr>
      <w:tr w:rsidR="00067C7E" w14:paraId="77F9D312" w14:textId="77777777">
        <w:trPr>
          <w:jc w:val="center"/>
        </w:trPr>
        <w:tc>
          <w:tcPr>
            <w:tcW w:w="3685" w:type="dxa"/>
            <w:vAlign w:val="center"/>
          </w:tcPr>
          <w:p w14:paraId="4C66D419" w14:textId="77777777" w:rsidR="00067C7E" w:rsidRDefault="00E56EE4">
            <w:r>
              <w:rPr>
                <w:b/>
                <w:sz w:val="17"/>
              </w:rPr>
              <w:t>Cargo que ostenta</w:t>
            </w:r>
          </w:p>
        </w:tc>
        <w:tc>
          <w:tcPr>
            <w:tcW w:w="5953" w:type="dxa"/>
            <w:vAlign w:val="center"/>
          </w:tcPr>
          <w:p w14:paraId="1FE38F36" w14:textId="77777777" w:rsidR="00067C7E" w:rsidRDefault="00067C7E"/>
        </w:tc>
      </w:tr>
      <w:tr w:rsidR="00067C7E" w14:paraId="33D62A96" w14:textId="77777777">
        <w:trPr>
          <w:jc w:val="center"/>
        </w:trPr>
        <w:tc>
          <w:tcPr>
            <w:tcW w:w="3685" w:type="dxa"/>
            <w:vAlign w:val="center"/>
          </w:tcPr>
          <w:p w14:paraId="46234C2E" w14:textId="77777777" w:rsidR="00067C7E" w:rsidRDefault="00E56EE4">
            <w:r>
              <w:rPr>
                <w:b/>
                <w:sz w:val="17"/>
              </w:rPr>
              <w:t>Teléfono</w:t>
            </w:r>
          </w:p>
        </w:tc>
        <w:tc>
          <w:tcPr>
            <w:tcW w:w="5953" w:type="dxa"/>
            <w:vAlign w:val="center"/>
          </w:tcPr>
          <w:p w14:paraId="532E5741" w14:textId="77777777" w:rsidR="00067C7E" w:rsidRDefault="00067C7E"/>
        </w:tc>
      </w:tr>
      <w:tr w:rsidR="00067C7E" w14:paraId="5C15F293" w14:textId="77777777">
        <w:trPr>
          <w:jc w:val="center"/>
        </w:trPr>
        <w:tc>
          <w:tcPr>
            <w:tcW w:w="3685" w:type="dxa"/>
            <w:vAlign w:val="center"/>
          </w:tcPr>
          <w:p w14:paraId="3A2C8B64" w14:textId="77777777" w:rsidR="00067C7E" w:rsidRDefault="00E56EE4">
            <w:r>
              <w:rPr>
                <w:b/>
                <w:sz w:val="17"/>
              </w:rPr>
              <w:t>Correo electrónico</w:t>
            </w:r>
          </w:p>
        </w:tc>
        <w:tc>
          <w:tcPr>
            <w:tcW w:w="5953" w:type="dxa"/>
            <w:vAlign w:val="center"/>
          </w:tcPr>
          <w:p w14:paraId="59EC5F6E" w14:textId="77777777" w:rsidR="00067C7E" w:rsidRDefault="00067C7E"/>
        </w:tc>
      </w:tr>
    </w:tbl>
    <w:p w14:paraId="5107D5A8" w14:textId="77777777" w:rsidR="00067C7E" w:rsidRDefault="00E56EE4">
      <w:pPr>
        <w:spacing w:before="120" w:after="60"/>
      </w:pPr>
      <w:r>
        <w:rPr>
          <w:b/>
          <w:sz w:val="20"/>
        </w:rPr>
        <w:t>3. DECLARACIÓN</w:t>
      </w:r>
    </w:p>
    <w:p w14:paraId="349C6938" w14:textId="77777777" w:rsidR="00067C7E" w:rsidRDefault="00E56EE4" w:rsidP="00CE3DF0">
      <w:pPr>
        <w:spacing w:after="60"/>
        <w:jc w:val="both"/>
      </w:pPr>
      <w:r>
        <w:rPr>
          <w:sz w:val="17"/>
        </w:rPr>
        <w:t>☐ Que dispone, en su caso, de los libros contables, registros diligenciados y demás documentos debidamente auditados en los términos exigidos por la legislación mercantil y sectorial aplicable, o de los estados contables que garanticen el adecuado ejercicio de las facultades de comprobación y control.</w:t>
      </w:r>
    </w:p>
    <w:p w14:paraId="6F7D655A" w14:textId="77777777" w:rsidR="00067C7E" w:rsidRDefault="00E56EE4" w:rsidP="00CE3DF0">
      <w:pPr>
        <w:spacing w:after="60"/>
        <w:jc w:val="both"/>
      </w:pPr>
      <w:r>
        <w:rPr>
          <w:sz w:val="17"/>
        </w:rPr>
        <w:t>☐ Que la totalidad de la subvención ha sido destinada a la ejecución de las actividades objeto de la subvención, en los términos de la presente memoria económica y justificativa.</w:t>
      </w:r>
    </w:p>
    <w:p w14:paraId="38A62FFF" w14:textId="77777777" w:rsidR="00067C7E" w:rsidRDefault="00E56EE4" w:rsidP="00CE3DF0">
      <w:pPr>
        <w:spacing w:after="60"/>
        <w:jc w:val="both"/>
      </w:pPr>
      <w:r>
        <w:rPr>
          <w:sz w:val="17"/>
        </w:rPr>
        <w:t>☐ Que sólo parte de la subvención ha sido destinada a la ejecución de las actividades objeto de la subvención, en los términos de la presente memoria económica y justificativa.</w:t>
      </w:r>
    </w:p>
    <w:p w14:paraId="5A8C1EAE" w14:textId="77777777" w:rsidR="00067C7E" w:rsidRDefault="00E56EE4">
      <w:pPr>
        <w:spacing w:before="120" w:after="60"/>
      </w:pPr>
      <w:r>
        <w:rPr>
          <w:b/>
          <w:sz w:val="20"/>
        </w:rPr>
        <w:t>II. MEMORIA ECONÓMICA DEL COSTE DE LAS ACTIVIDADES REALIZADAS</w:t>
      </w:r>
    </w:p>
    <w:p w14:paraId="4C81D945" w14:textId="77777777" w:rsidR="00067C7E" w:rsidRDefault="00E56EE4">
      <w:pPr>
        <w:spacing w:before="120" w:after="60"/>
      </w:pPr>
      <w:r>
        <w:rPr>
          <w:b/>
          <w:sz w:val="20"/>
        </w:rPr>
        <w:t>A) IMPORTE TOTAL DEL PROYECTO REALIZADO</w:t>
      </w:r>
    </w:p>
    <w:tbl>
      <w:tblPr>
        <w:tblStyle w:val="Tablaconcuadrcula"/>
        <w:tblW w:w="0" w:type="auto"/>
        <w:jc w:val="center"/>
        <w:tblLook w:val="04A0" w:firstRow="1" w:lastRow="0" w:firstColumn="1" w:lastColumn="0" w:noHBand="0" w:noVBand="1"/>
      </w:tblPr>
      <w:tblGrid>
        <w:gridCol w:w="3685"/>
        <w:gridCol w:w="5953"/>
      </w:tblGrid>
      <w:tr w:rsidR="00067C7E" w14:paraId="630D83AF" w14:textId="77777777">
        <w:trPr>
          <w:jc w:val="center"/>
        </w:trPr>
        <w:tc>
          <w:tcPr>
            <w:tcW w:w="3685" w:type="dxa"/>
            <w:vAlign w:val="center"/>
          </w:tcPr>
          <w:p w14:paraId="2C7900A9" w14:textId="77777777" w:rsidR="00067C7E" w:rsidRDefault="00E56EE4">
            <w:r>
              <w:rPr>
                <w:b/>
                <w:sz w:val="17"/>
              </w:rPr>
              <w:t>Ingresos totales</w:t>
            </w:r>
          </w:p>
        </w:tc>
        <w:tc>
          <w:tcPr>
            <w:tcW w:w="5953" w:type="dxa"/>
            <w:vAlign w:val="center"/>
          </w:tcPr>
          <w:p w14:paraId="391B3002" w14:textId="77777777" w:rsidR="00067C7E" w:rsidRDefault="00067C7E"/>
        </w:tc>
      </w:tr>
      <w:tr w:rsidR="00067C7E" w14:paraId="09768157" w14:textId="77777777">
        <w:trPr>
          <w:jc w:val="center"/>
        </w:trPr>
        <w:tc>
          <w:tcPr>
            <w:tcW w:w="3685" w:type="dxa"/>
            <w:vAlign w:val="center"/>
          </w:tcPr>
          <w:p w14:paraId="1881AAF1" w14:textId="77777777" w:rsidR="00067C7E" w:rsidRDefault="00E56EE4">
            <w:r>
              <w:rPr>
                <w:b/>
                <w:sz w:val="17"/>
              </w:rPr>
              <w:t>Gastos totales</w:t>
            </w:r>
          </w:p>
        </w:tc>
        <w:tc>
          <w:tcPr>
            <w:tcW w:w="5953" w:type="dxa"/>
            <w:vAlign w:val="center"/>
          </w:tcPr>
          <w:p w14:paraId="41879546" w14:textId="77777777" w:rsidR="00067C7E" w:rsidRDefault="00067C7E"/>
        </w:tc>
      </w:tr>
      <w:tr w:rsidR="00067C7E" w14:paraId="7F64657B" w14:textId="77777777">
        <w:trPr>
          <w:jc w:val="center"/>
        </w:trPr>
        <w:tc>
          <w:tcPr>
            <w:tcW w:w="3685" w:type="dxa"/>
            <w:vAlign w:val="center"/>
          </w:tcPr>
          <w:p w14:paraId="224C9118" w14:textId="77777777" w:rsidR="00067C7E" w:rsidRDefault="00E56EE4">
            <w:r>
              <w:rPr>
                <w:b/>
                <w:sz w:val="17"/>
              </w:rPr>
              <w:t>Subvención IMAE concedida</w:t>
            </w:r>
          </w:p>
        </w:tc>
        <w:tc>
          <w:tcPr>
            <w:tcW w:w="5953" w:type="dxa"/>
            <w:vAlign w:val="center"/>
          </w:tcPr>
          <w:p w14:paraId="6E66F8D1" w14:textId="77777777" w:rsidR="00067C7E" w:rsidRDefault="00067C7E"/>
        </w:tc>
      </w:tr>
      <w:tr w:rsidR="00067C7E" w14:paraId="6D0DF36F" w14:textId="77777777">
        <w:trPr>
          <w:jc w:val="center"/>
        </w:trPr>
        <w:tc>
          <w:tcPr>
            <w:tcW w:w="3685" w:type="dxa"/>
            <w:vAlign w:val="center"/>
          </w:tcPr>
          <w:p w14:paraId="49960DC1" w14:textId="77777777" w:rsidR="00067C7E" w:rsidRDefault="00E56EE4">
            <w:r>
              <w:rPr>
                <w:b/>
                <w:sz w:val="17"/>
              </w:rPr>
              <w:t>Importe total justificado con cargo a la subvención IMAE</w:t>
            </w:r>
          </w:p>
        </w:tc>
        <w:tc>
          <w:tcPr>
            <w:tcW w:w="5953" w:type="dxa"/>
            <w:vAlign w:val="center"/>
          </w:tcPr>
          <w:p w14:paraId="1C9A7883" w14:textId="77777777" w:rsidR="00067C7E" w:rsidRDefault="00067C7E"/>
        </w:tc>
      </w:tr>
    </w:tbl>
    <w:p w14:paraId="6236756A" w14:textId="77777777" w:rsidR="00BA42BE" w:rsidRDefault="00BA42BE">
      <w:pPr>
        <w:spacing w:before="120" w:after="60"/>
        <w:rPr>
          <w:b/>
          <w:sz w:val="20"/>
        </w:rPr>
      </w:pPr>
    </w:p>
    <w:p w14:paraId="4B40CBDB" w14:textId="40BE5E5A" w:rsidR="00067C7E" w:rsidRDefault="00E56EE4">
      <w:pPr>
        <w:spacing w:before="120" w:after="60"/>
        <w:rPr>
          <w:b/>
          <w:sz w:val="20"/>
        </w:rPr>
      </w:pPr>
      <w:r>
        <w:rPr>
          <w:b/>
          <w:sz w:val="20"/>
        </w:rPr>
        <w:t>B) INGRESOS</w:t>
      </w:r>
      <w:r w:rsidR="00BA42BE">
        <w:rPr>
          <w:b/>
          <w:sz w:val="20"/>
        </w:rPr>
        <w:t xml:space="preserve"> DEL PROYECTO REALIZADO</w:t>
      </w:r>
    </w:p>
    <w:tbl>
      <w:tblPr>
        <w:tblStyle w:val="Tablaconcuadrcula"/>
        <w:tblW w:w="0" w:type="auto"/>
        <w:jc w:val="center"/>
        <w:tblLook w:val="04A0" w:firstRow="1" w:lastRow="0" w:firstColumn="1" w:lastColumn="0" w:noHBand="0" w:noVBand="1"/>
      </w:tblPr>
      <w:tblGrid>
        <w:gridCol w:w="8497"/>
        <w:gridCol w:w="2145"/>
      </w:tblGrid>
      <w:tr w:rsidR="00BA42BE" w14:paraId="0CA265A7" w14:textId="77777777" w:rsidTr="003068E8">
        <w:trPr>
          <w:jc w:val="center"/>
        </w:trPr>
        <w:tc>
          <w:tcPr>
            <w:tcW w:w="8505" w:type="dxa"/>
            <w:shd w:val="clear" w:color="auto" w:fill="D9EAF7"/>
            <w:vAlign w:val="center"/>
          </w:tcPr>
          <w:p w14:paraId="31CC25BF" w14:textId="77777777" w:rsidR="00BA42BE" w:rsidRDefault="00BA42BE" w:rsidP="003068E8">
            <w:pPr>
              <w:jc w:val="center"/>
            </w:pPr>
            <w:proofErr w:type="spellStart"/>
            <w:r>
              <w:rPr>
                <w:b/>
                <w:sz w:val="16"/>
              </w:rPr>
              <w:t>Naturaleza</w:t>
            </w:r>
            <w:proofErr w:type="spellEnd"/>
            <w:r>
              <w:rPr>
                <w:b/>
                <w:sz w:val="16"/>
              </w:rPr>
              <w:t xml:space="preserve"> del </w:t>
            </w:r>
            <w:proofErr w:type="spellStart"/>
            <w:r>
              <w:rPr>
                <w:b/>
                <w:sz w:val="16"/>
              </w:rPr>
              <w:t>ingreso</w:t>
            </w:r>
            <w:proofErr w:type="spellEnd"/>
          </w:p>
        </w:tc>
        <w:tc>
          <w:tcPr>
            <w:tcW w:w="2147" w:type="dxa"/>
            <w:shd w:val="clear" w:color="auto" w:fill="D9EAF7"/>
            <w:vAlign w:val="center"/>
          </w:tcPr>
          <w:p w14:paraId="7FD0E9B3" w14:textId="77777777" w:rsidR="00BA42BE" w:rsidRDefault="00BA42BE" w:rsidP="003068E8">
            <w:pPr>
              <w:jc w:val="center"/>
            </w:pPr>
            <w:proofErr w:type="spellStart"/>
            <w:r>
              <w:rPr>
                <w:b/>
                <w:sz w:val="16"/>
              </w:rPr>
              <w:t>Importe</w:t>
            </w:r>
            <w:proofErr w:type="spellEnd"/>
          </w:p>
        </w:tc>
      </w:tr>
      <w:tr w:rsidR="00BA42BE" w14:paraId="1C41645C" w14:textId="77777777" w:rsidTr="003068E8">
        <w:trPr>
          <w:jc w:val="center"/>
        </w:trPr>
        <w:tc>
          <w:tcPr>
            <w:tcW w:w="8505" w:type="dxa"/>
            <w:vAlign w:val="center"/>
          </w:tcPr>
          <w:p w14:paraId="4D226141" w14:textId="77777777" w:rsidR="00BA42BE" w:rsidRDefault="00BA42BE" w:rsidP="003068E8">
            <w:proofErr w:type="spellStart"/>
            <w:r>
              <w:rPr>
                <w:sz w:val="16"/>
              </w:rPr>
              <w:t>Aportación</w:t>
            </w:r>
            <w:proofErr w:type="spellEnd"/>
            <w:r>
              <w:rPr>
                <w:sz w:val="16"/>
              </w:rPr>
              <w:t xml:space="preserve"> de la </w:t>
            </w:r>
            <w:proofErr w:type="spellStart"/>
            <w:r>
              <w:rPr>
                <w:sz w:val="16"/>
              </w:rPr>
              <w:t>entidad</w:t>
            </w:r>
            <w:proofErr w:type="spellEnd"/>
            <w:r>
              <w:rPr>
                <w:sz w:val="16"/>
              </w:rPr>
              <w:t xml:space="preserve"> </w:t>
            </w:r>
            <w:proofErr w:type="spellStart"/>
            <w:r>
              <w:rPr>
                <w:sz w:val="16"/>
              </w:rPr>
              <w:t>solicitante</w:t>
            </w:r>
            <w:proofErr w:type="spellEnd"/>
          </w:p>
        </w:tc>
        <w:tc>
          <w:tcPr>
            <w:tcW w:w="2147" w:type="dxa"/>
            <w:vAlign w:val="center"/>
          </w:tcPr>
          <w:p w14:paraId="3AF9CD2F" w14:textId="77777777" w:rsidR="00BA42BE" w:rsidRDefault="00BA42BE" w:rsidP="003068E8"/>
        </w:tc>
      </w:tr>
      <w:tr w:rsidR="00BA42BE" w14:paraId="7053D29B" w14:textId="77777777" w:rsidTr="003068E8">
        <w:trPr>
          <w:jc w:val="center"/>
        </w:trPr>
        <w:tc>
          <w:tcPr>
            <w:tcW w:w="8505" w:type="dxa"/>
            <w:vAlign w:val="center"/>
          </w:tcPr>
          <w:p w14:paraId="13B3E090" w14:textId="77777777" w:rsidR="00BA42BE" w:rsidRDefault="00BA42BE" w:rsidP="003068E8">
            <w:proofErr w:type="spellStart"/>
            <w:r>
              <w:rPr>
                <w:sz w:val="16"/>
              </w:rPr>
              <w:t>Subvención</w:t>
            </w:r>
            <w:proofErr w:type="spellEnd"/>
            <w:r>
              <w:rPr>
                <w:sz w:val="16"/>
              </w:rPr>
              <w:t xml:space="preserve"> </w:t>
            </w:r>
            <w:proofErr w:type="spellStart"/>
            <w:r>
              <w:rPr>
                <w:sz w:val="16"/>
              </w:rPr>
              <w:t>solicitada</w:t>
            </w:r>
            <w:proofErr w:type="spellEnd"/>
            <w:r>
              <w:rPr>
                <w:sz w:val="16"/>
              </w:rPr>
              <w:t xml:space="preserve"> al IMAE</w:t>
            </w:r>
          </w:p>
        </w:tc>
        <w:tc>
          <w:tcPr>
            <w:tcW w:w="2147" w:type="dxa"/>
            <w:vAlign w:val="center"/>
          </w:tcPr>
          <w:p w14:paraId="76BA9E32" w14:textId="77777777" w:rsidR="00BA42BE" w:rsidRDefault="00BA42BE" w:rsidP="003068E8"/>
        </w:tc>
      </w:tr>
      <w:tr w:rsidR="00BA42BE" w14:paraId="029D9509" w14:textId="77777777" w:rsidTr="003068E8">
        <w:trPr>
          <w:jc w:val="center"/>
        </w:trPr>
        <w:tc>
          <w:tcPr>
            <w:tcW w:w="8505" w:type="dxa"/>
            <w:vAlign w:val="center"/>
          </w:tcPr>
          <w:p w14:paraId="5AC37A9E" w14:textId="77777777" w:rsidR="00BA42BE" w:rsidRDefault="00BA42BE" w:rsidP="003068E8">
            <w:proofErr w:type="spellStart"/>
            <w:r>
              <w:rPr>
                <w:sz w:val="16"/>
              </w:rPr>
              <w:t>Ingresos</w:t>
            </w:r>
            <w:proofErr w:type="spellEnd"/>
            <w:r>
              <w:rPr>
                <w:sz w:val="16"/>
              </w:rPr>
              <w:t xml:space="preserve"> </w:t>
            </w:r>
            <w:proofErr w:type="spellStart"/>
            <w:r>
              <w:rPr>
                <w:sz w:val="16"/>
              </w:rPr>
              <w:t>propios</w:t>
            </w:r>
            <w:proofErr w:type="spellEnd"/>
            <w:r>
              <w:rPr>
                <w:sz w:val="16"/>
              </w:rPr>
              <w:t xml:space="preserve"> / </w:t>
            </w:r>
            <w:proofErr w:type="spellStart"/>
            <w:r>
              <w:rPr>
                <w:sz w:val="16"/>
              </w:rPr>
              <w:t>taquilla</w:t>
            </w:r>
            <w:proofErr w:type="spellEnd"/>
          </w:p>
        </w:tc>
        <w:tc>
          <w:tcPr>
            <w:tcW w:w="2147" w:type="dxa"/>
            <w:vAlign w:val="center"/>
          </w:tcPr>
          <w:p w14:paraId="1843F869" w14:textId="77777777" w:rsidR="00BA42BE" w:rsidRDefault="00BA42BE" w:rsidP="003068E8"/>
        </w:tc>
      </w:tr>
      <w:tr w:rsidR="00BA42BE" w14:paraId="7F9E4513" w14:textId="77777777" w:rsidTr="003068E8">
        <w:trPr>
          <w:jc w:val="center"/>
        </w:trPr>
        <w:tc>
          <w:tcPr>
            <w:tcW w:w="8505" w:type="dxa"/>
            <w:vAlign w:val="center"/>
          </w:tcPr>
          <w:p w14:paraId="726B3948" w14:textId="77777777" w:rsidR="00BA42BE" w:rsidRDefault="00BA42BE" w:rsidP="003068E8">
            <w:pPr>
              <w:rPr>
                <w:sz w:val="16"/>
              </w:rPr>
            </w:pPr>
            <w:r>
              <w:rPr>
                <w:sz w:val="16"/>
              </w:rPr>
              <w:t xml:space="preserve">Barras / </w:t>
            </w:r>
            <w:proofErr w:type="spellStart"/>
            <w:r>
              <w:rPr>
                <w:sz w:val="16"/>
              </w:rPr>
              <w:t>restauración</w:t>
            </w:r>
            <w:proofErr w:type="spellEnd"/>
          </w:p>
        </w:tc>
        <w:tc>
          <w:tcPr>
            <w:tcW w:w="2147" w:type="dxa"/>
            <w:vAlign w:val="center"/>
          </w:tcPr>
          <w:p w14:paraId="16817626" w14:textId="77777777" w:rsidR="00BA42BE" w:rsidRDefault="00BA42BE" w:rsidP="003068E8"/>
        </w:tc>
      </w:tr>
      <w:tr w:rsidR="00BA42BE" w14:paraId="1C5A10B1" w14:textId="77777777" w:rsidTr="003068E8">
        <w:trPr>
          <w:jc w:val="center"/>
        </w:trPr>
        <w:tc>
          <w:tcPr>
            <w:tcW w:w="8505" w:type="dxa"/>
            <w:vAlign w:val="center"/>
          </w:tcPr>
          <w:p w14:paraId="75CCEFB9" w14:textId="77777777" w:rsidR="00BA42BE" w:rsidRDefault="00BA42BE" w:rsidP="003068E8">
            <w:pPr>
              <w:rPr>
                <w:sz w:val="16"/>
              </w:rPr>
            </w:pPr>
            <w:r>
              <w:rPr>
                <w:sz w:val="16"/>
              </w:rPr>
              <w:t>Merchandising</w:t>
            </w:r>
          </w:p>
        </w:tc>
        <w:tc>
          <w:tcPr>
            <w:tcW w:w="2147" w:type="dxa"/>
            <w:vAlign w:val="center"/>
          </w:tcPr>
          <w:p w14:paraId="521575EE" w14:textId="77777777" w:rsidR="00BA42BE" w:rsidRDefault="00BA42BE" w:rsidP="003068E8"/>
        </w:tc>
      </w:tr>
      <w:tr w:rsidR="00BA42BE" w14:paraId="27DA1CED" w14:textId="77777777" w:rsidTr="003068E8">
        <w:trPr>
          <w:jc w:val="center"/>
        </w:trPr>
        <w:tc>
          <w:tcPr>
            <w:tcW w:w="8505" w:type="dxa"/>
            <w:vAlign w:val="center"/>
          </w:tcPr>
          <w:p w14:paraId="463F18FD" w14:textId="77777777" w:rsidR="00BA42BE" w:rsidRDefault="00BA42BE" w:rsidP="003068E8">
            <w:proofErr w:type="spellStart"/>
            <w:r>
              <w:rPr>
                <w:sz w:val="16"/>
              </w:rPr>
              <w:t>Patrocinios</w:t>
            </w:r>
            <w:proofErr w:type="spellEnd"/>
            <w:r>
              <w:rPr>
                <w:sz w:val="16"/>
              </w:rPr>
              <w:t xml:space="preserve"> privados</w:t>
            </w:r>
          </w:p>
        </w:tc>
        <w:tc>
          <w:tcPr>
            <w:tcW w:w="2147" w:type="dxa"/>
            <w:vAlign w:val="center"/>
          </w:tcPr>
          <w:p w14:paraId="7DAE6EB5" w14:textId="77777777" w:rsidR="00BA42BE" w:rsidRDefault="00BA42BE" w:rsidP="003068E8"/>
        </w:tc>
      </w:tr>
      <w:tr w:rsidR="00BA42BE" w14:paraId="463F3464" w14:textId="77777777" w:rsidTr="003068E8">
        <w:trPr>
          <w:jc w:val="center"/>
        </w:trPr>
        <w:tc>
          <w:tcPr>
            <w:tcW w:w="8505" w:type="dxa"/>
            <w:vAlign w:val="center"/>
          </w:tcPr>
          <w:p w14:paraId="75947DA5" w14:textId="77777777" w:rsidR="00BA42BE" w:rsidRDefault="00BA42BE" w:rsidP="003068E8">
            <w:proofErr w:type="spellStart"/>
            <w:r>
              <w:rPr>
                <w:sz w:val="16"/>
              </w:rPr>
              <w:t>Otras</w:t>
            </w:r>
            <w:proofErr w:type="spellEnd"/>
            <w:r>
              <w:rPr>
                <w:sz w:val="16"/>
              </w:rPr>
              <w:t xml:space="preserve"> </w:t>
            </w:r>
            <w:proofErr w:type="spellStart"/>
            <w:r>
              <w:rPr>
                <w:sz w:val="16"/>
              </w:rPr>
              <w:t>subvenciones</w:t>
            </w:r>
            <w:proofErr w:type="spellEnd"/>
            <w:r>
              <w:rPr>
                <w:sz w:val="16"/>
              </w:rPr>
              <w:t xml:space="preserve"> o </w:t>
            </w:r>
            <w:proofErr w:type="spellStart"/>
            <w:r>
              <w:rPr>
                <w:sz w:val="16"/>
              </w:rPr>
              <w:t>ayudas</w:t>
            </w:r>
            <w:proofErr w:type="spellEnd"/>
            <w:r>
              <w:rPr>
                <w:sz w:val="16"/>
              </w:rPr>
              <w:t xml:space="preserve"> </w:t>
            </w:r>
            <w:proofErr w:type="spellStart"/>
            <w:r>
              <w:rPr>
                <w:sz w:val="16"/>
              </w:rPr>
              <w:t>públicas</w:t>
            </w:r>
            <w:proofErr w:type="spellEnd"/>
            <w:r>
              <w:rPr>
                <w:sz w:val="16"/>
              </w:rPr>
              <w:t xml:space="preserve"> </w:t>
            </w:r>
            <w:proofErr w:type="spellStart"/>
            <w:r>
              <w:rPr>
                <w:sz w:val="16"/>
              </w:rPr>
              <w:t>solicitadas</w:t>
            </w:r>
            <w:proofErr w:type="spellEnd"/>
            <w:r>
              <w:rPr>
                <w:sz w:val="16"/>
              </w:rPr>
              <w:t xml:space="preserve"> o </w:t>
            </w:r>
            <w:proofErr w:type="spellStart"/>
            <w:r>
              <w:rPr>
                <w:sz w:val="16"/>
              </w:rPr>
              <w:t>concedidas</w:t>
            </w:r>
            <w:proofErr w:type="spellEnd"/>
            <w:r>
              <w:rPr>
                <w:sz w:val="16"/>
              </w:rPr>
              <w:t xml:space="preserve">, con </w:t>
            </w:r>
            <w:proofErr w:type="spellStart"/>
            <w:r>
              <w:rPr>
                <w:sz w:val="16"/>
              </w:rPr>
              <w:t>identificación</w:t>
            </w:r>
            <w:proofErr w:type="spellEnd"/>
            <w:r>
              <w:rPr>
                <w:sz w:val="16"/>
              </w:rPr>
              <w:t xml:space="preserve"> de la </w:t>
            </w:r>
            <w:proofErr w:type="spellStart"/>
            <w:r>
              <w:rPr>
                <w:sz w:val="16"/>
              </w:rPr>
              <w:t>entidad</w:t>
            </w:r>
            <w:proofErr w:type="spellEnd"/>
            <w:r>
              <w:rPr>
                <w:sz w:val="16"/>
              </w:rPr>
              <w:t xml:space="preserve"> </w:t>
            </w:r>
            <w:proofErr w:type="spellStart"/>
            <w:r>
              <w:rPr>
                <w:sz w:val="16"/>
              </w:rPr>
              <w:t>financiadora</w:t>
            </w:r>
            <w:proofErr w:type="spellEnd"/>
          </w:p>
        </w:tc>
        <w:tc>
          <w:tcPr>
            <w:tcW w:w="2147" w:type="dxa"/>
            <w:vAlign w:val="center"/>
          </w:tcPr>
          <w:p w14:paraId="5CA52311" w14:textId="77777777" w:rsidR="00BA42BE" w:rsidRDefault="00BA42BE" w:rsidP="003068E8"/>
        </w:tc>
      </w:tr>
      <w:tr w:rsidR="00BA42BE" w14:paraId="2361ABF2" w14:textId="77777777" w:rsidTr="003068E8">
        <w:trPr>
          <w:jc w:val="center"/>
        </w:trPr>
        <w:tc>
          <w:tcPr>
            <w:tcW w:w="8505" w:type="dxa"/>
            <w:vAlign w:val="center"/>
          </w:tcPr>
          <w:p w14:paraId="01C9CBC8" w14:textId="77777777" w:rsidR="00BA42BE" w:rsidRDefault="00BA42BE" w:rsidP="003068E8">
            <w:proofErr w:type="spellStart"/>
            <w:r>
              <w:rPr>
                <w:sz w:val="16"/>
              </w:rPr>
              <w:t>Otros</w:t>
            </w:r>
            <w:proofErr w:type="spellEnd"/>
            <w:r>
              <w:rPr>
                <w:sz w:val="16"/>
              </w:rPr>
              <w:t xml:space="preserve"> </w:t>
            </w:r>
            <w:proofErr w:type="spellStart"/>
            <w:r>
              <w:rPr>
                <w:sz w:val="16"/>
              </w:rPr>
              <w:t>ingresos</w:t>
            </w:r>
            <w:proofErr w:type="spellEnd"/>
            <w:r>
              <w:rPr>
                <w:sz w:val="16"/>
              </w:rPr>
              <w:t xml:space="preserve">: </w:t>
            </w:r>
            <w:proofErr w:type="spellStart"/>
            <w:r>
              <w:rPr>
                <w:sz w:val="16"/>
              </w:rPr>
              <w:t>especificar</w:t>
            </w:r>
            <w:proofErr w:type="spellEnd"/>
          </w:p>
        </w:tc>
        <w:tc>
          <w:tcPr>
            <w:tcW w:w="2147" w:type="dxa"/>
            <w:vAlign w:val="center"/>
          </w:tcPr>
          <w:p w14:paraId="359B56E7" w14:textId="77777777" w:rsidR="00BA42BE" w:rsidRDefault="00BA42BE" w:rsidP="003068E8"/>
        </w:tc>
      </w:tr>
      <w:tr w:rsidR="00BA42BE" w14:paraId="525F4A56" w14:textId="77777777" w:rsidTr="003068E8">
        <w:trPr>
          <w:jc w:val="center"/>
        </w:trPr>
        <w:tc>
          <w:tcPr>
            <w:tcW w:w="8505" w:type="dxa"/>
            <w:vAlign w:val="center"/>
          </w:tcPr>
          <w:p w14:paraId="750E2D17" w14:textId="1D8B7D6A" w:rsidR="00BA42BE" w:rsidRDefault="00BA42BE" w:rsidP="003068E8">
            <w:proofErr w:type="gramStart"/>
            <w:r>
              <w:rPr>
                <w:b/>
                <w:sz w:val="16"/>
              </w:rPr>
              <w:t xml:space="preserve">Total  </w:t>
            </w:r>
            <w:proofErr w:type="spellStart"/>
            <w:r>
              <w:rPr>
                <w:b/>
                <w:sz w:val="16"/>
              </w:rPr>
              <w:t>ingresos</w:t>
            </w:r>
            <w:proofErr w:type="spellEnd"/>
            <w:proofErr w:type="gramEnd"/>
            <w:r>
              <w:rPr>
                <w:b/>
                <w:sz w:val="16"/>
              </w:rPr>
              <w:t xml:space="preserve"> del </w:t>
            </w:r>
            <w:proofErr w:type="spellStart"/>
            <w:r>
              <w:rPr>
                <w:b/>
                <w:sz w:val="16"/>
              </w:rPr>
              <w:t>proyecto</w:t>
            </w:r>
            <w:proofErr w:type="spellEnd"/>
          </w:p>
        </w:tc>
        <w:tc>
          <w:tcPr>
            <w:tcW w:w="2147" w:type="dxa"/>
            <w:vAlign w:val="center"/>
          </w:tcPr>
          <w:p w14:paraId="3BE4C4D1" w14:textId="77777777" w:rsidR="00BA42BE" w:rsidRDefault="00BA42BE" w:rsidP="003068E8"/>
        </w:tc>
      </w:tr>
    </w:tbl>
    <w:p w14:paraId="60BF1A57" w14:textId="3675CCB6" w:rsidR="00BA42BE" w:rsidRPr="00870698" w:rsidRDefault="00800AEB">
      <w:pPr>
        <w:spacing w:before="120" w:after="60"/>
        <w:rPr>
          <w:lang w:val="es-ES"/>
        </w:rPr>
      </w:pPr>
      <w:r w:rsidRPr="00870698">
        <w:rPr>
          <w:lang w:val="es-ES"/>
        </w:rPr>
        <w:t xml:space="preserve">Nota: el beneficiario debe aportar justificación de los </w:t>
      </w:r>
      <w:r w:rsidR="00870698" w:rsidRPr="00870698">
        <w:rPr>
          <w:lang w:val="es-ES"/>
        </w:rPr>
        <w:t>distintos</w:t>
      </w:r>
      <w:r w:rsidRPr="00870698">
        <w:rPr>
          <w:lang w:val="es-ES"/>
        </w:rPr>
        <w:t xml:space="preserve"> ingresos declarados que permitan comprobar que los mismos son ciertos y se corresponden con las cifras indicadas.</w:t>
      </w:r>
    </w:p>
    <w:p w14:paraId="3EEA7746" w14:textId="77777777" w:rsidR="00BA42BE" w:rsidRDefault="00BA42BE">
      <w:pPr>
        <w:spacing w:before="120" w:after="60"/>
      </w:pPr>
    </w:p>
    <w:p w14:paraId="57A32DD3" w14:textId="77777777" w:rsidR="00BA42BE" w:rsidRDefault="00BA42BE">
      <w:pPr>
        <w:spacing w:before="120" w:after="60"/>
      </w:pPr>
    </w:p>
    <w:p w14:paraId="72DB2D7D" w14:textId="77777777" w:rsidR="00BA42BE" w:rsidRDefault="00BA42BE">
      <w:pPr>
        <w:spacing w:before="120" w:after="60"/>
      </w:pPr>
    </w:p>
    <w:p w14:paraId="513BD7D5" w14:textId="508B04DE" w:rsidR="00BA42BE" w:rsidRPr="00BA42BE" w:rsidRDefault="00BA42BE">
      <w:pPr>
        <w:spacing w:before="120" w:after="60"/>
        <w:rPr>
          <w:b/>
          <w:sz w:val="20"/>
        </w:rPr>
      </w:pPr>
      <w:r>
        <w:rPr>
          <w:b/>
          <w:sz w:val="20"/>
        </w:rPr>
        <w:t>C) GASTOS DEL PROYECTO REALIZADO</w:t>
      </w:r>
    </w:p>
    <w:tbl>
      <w:tblPr>
        <w:tblStyle w:val="Tablaconcuadrcula"/>
        <w:tblW w:w="0" w:type="auto"/>
        <w:jc w:val="center"/>
        <w:tblLook w:val="04A0" w:firstRow="1" w:lastRow="0" w:firstColumn="1" w:lastColumn="0" w:noHBand="0" w:noVBand="1"/>
      </w:tblPr>
      <w:tblGrid>
        <w:gridCol w:w="4505"/>
        <w:gridCol w:w="1259"/>
        <w:gridCol w:w="1105"/>
        <w:gridCol w:w="1207"/>
        <w:gridCol w:w="1168"/>
        <w:gridCol w:w="1398"/>
      </w:tblGrid>
      <w:tr w:rsidR="00BA42BE" w14:paraId="4A0258E1" w14:textId="77777777" w:rsidTr="003068E8">
        <w:trPr>
          <w:jc w:val="center"/>
        </w:trPr>
        <w:tc>
          <w:tcPr>
            <w:tcW w:w="4644" w:type="dxa"/>
            <w:shd w:val="clear" w:color="auto" w:fill="D9EAF7"/>
            <w:vAlign w:val="center"/>
          </w:tcPr>
          <w:p w14:paraId="29001F8E" w14:textId="77777777" w:rsidR="00BA42BE" w:rsidRDefault="00BA42BE" w:rsidP="003068E8">
            <w:pPr>
              <w:jc w:val="center"/>
            </w:pPr>
            <w:proofErr w:type="spellStart"/>
            <w:r>
              <w:rPr>
                <w:b/>
                <w:sz w:val="14"/>
              </w:rPr>
              <w:t>Naturaleza</w:t>
            </w:r>
            <w:proofErr w:type="spellEnd"/>
            <w:r>
              <w:rPr>
                <w:b/>
                <w:sz w:val="14"/>
              </w:rPr>
              <w:t xml:space="preserve"> del </w:t>
            </w:r>
            <w:proofErr w:type="spellStart"/>
            <w:r>
              <w:rPr>
                <w:b/>
                <w:sz w:val="14"/>
              </w:rPr>
              <w:t>gasto</w:t>
            </w:r>
            <w:proofErr w:type="spellEnd"/>
          </w:p>
        </w:tc>
        <w:tc>
          <w:tcPr>
            <w:tcW w:w="1276" w:type="dxa"/>
            <w:shd w:val="clear" w:color="auto" w:fill="D9EAF7"/>
            <w:vAlign w:val="center"/>
          </w:tcPr>
          <w:p w14:paraId="04C75059" w14:textId="77777777" w:rsidR="00BA42BE" w:rsidRDefault="00BA42BE" w:rsidP="003068E8">
            <w:pPr>
              <w:jc w:val="center"/>
            </w:pPr>
            <w:r>
              <w:rPr>
                <w:b/>
                <w:sz w:val="14"/>
              </w:rPr>
              <w:t xml:space="preserve">Base </w:t>
            </w:r>
            <w:proofErr w:type="spellStart"/>
            <w:r>
              <w:rPr>
                <w:b/>
                <w:sz w:val="14"/>
              </w:rPr>
              <w:t>imponible</w:t>
            </w:r>
            <w:proofErr w:type="spellEnd"/>
          </w:p>
        </w:tc>
        <w:tc>
          <w:tcPr>
            <w:tcW w:w="1134" w:type="dxa"/>
            <w:shd w:val="clear" w:color="auto" w:fill="D9EAF7"/>
            <w:vAlign w:val="center"/>
          </w:tcPr>
          <w:p w14:paraId="6D621DED" w14:textId="77777777" w:rsidR="00BA42BE" w:rsidRDefault="00BA42BE" w:rsidP="003068E8">
            <w:pPr>
              <w:jc w:val="center"/>
            </w:pPr>
            <w:r>
              <w:rPr>
                <w:b/>
                <w:sz w:val="14"/>
              </w:rPr>
              <w:t>IVA</w:t>
            </w:r>
          </w:p>
        </w:tc>
        <w:tc>
          <w:tcPr>
            <w:tcW w:w="1222" w:type="dxa"/>
            <w:shd w:val="clear" w:color="auto" w:fill="D9EAF7"/>
            <w:vAlign w:val="center"/>
          </w:tcPr>
          <w:p w14:paraId="682304C2" w14:textId="77777777" w:rsidR="00BA42BE" w:rsidRDefault="00BA42BE" w:rsidP="003068E8">
            <w:pPr>
              <w:jc w:val="center"/>
            </w:pPr>
            <w:r>
              <w:rPr>
                <w:b/>
                <w:sz w:val="14"/>
              </w:rPr>
              <w:t>IVA deducible</w:t>
            </w:r>
          </w:p>
        </w:tc>
        <w:tc>
          <w:tcPr>
            <w:tcW w:w="1188" w:type="dxa"/>
            <w:shd w:val="clear" w:color="auto" w:fill="D9EAF7"/>
            <w:vAlign w:val="center"/>
          </w:tcPr>
          <w:p w14:paraId="227A6377" w14:textId="77777777" w:rsidR="00BA42BE" w:rsidRDefault="00BA42BE" w:rsidP="003068E8">
            <w:pPr>
              <w:jc w:val="center"/>
            </w:pPr>
            <w:proofErr w:type="spellStart"/>
            <w:r>
              <w:rPr>
                <w:b/>
                <w:sz w:val="14"/>
              </w:rPr>
              <w:t>Importe</w:t>
            </w:r>
            <w:proofErr w:type="spellEnd"/>
            <w:r>
              <w:rPr>
                <w:b/>
                <w:sz w:val="14"/>
              </w:rPr>
              <w:t xml:space="preserve"> total</w:t>
            </w:r>
          </w:p>
        </w:tc>
        <w:tc>
          <w:tcPr>
            <w:tcW w:w="1404" w:type="dxa"/>
            <w:shd w:val="clear" w:color="auto" w:fill="D9EAF7"/>
            <w:vAlign w:val="center"/>
          </w:tcPr>
          <w:p w14:paraId="4C468FAA" w14:textId="77777777" w:rsidR="00BA42BE" w:rsidRDefault="00BA42BE" w:rsidP="003068E8">
            <w:pPr>
              <w:jc w:val="center"/>
            </w:pPr>
            <w:proofErr w:type="spellStart"/>
            <w:r>
              <w:rPr>
                <w:b/>
                <w:sz w:val="14"/>
              </w:rPr>
              <w:t>Importe</w:t>
            </w:r>
            <w:proofErr w:type="spellEnd"/>
            <w:r>
              <w:rPr>
                <w:b/>
                <w:sz w:val="14"/>
              </w:rPr>
              <w:t xml:space="preserve"> </w:t>
            </w:r>
            <w:proofErr w:type="spellStart"/>
            <w:r>
              <w:rPr>
                <w:b/>
                <w:sz w:val="14"/>
              </w:rPr>
              <w:t>subvencionable</w:t>
            </w:r>
            <w:proofErr w:type="spellEnd"/>
          </w:p>
        </w:tc>
      </w:tr>
      <w:tr w:rsidR="00BA42BE" w14:paraId="785A0031" w14:textId="77777777" w:rsidTr="003068E8">
        <w:trPr>
          <w:jc w:val="center"/>
        </w:trPr>
        <w:tc>
          <w:tcPr>
            <w:tcW w:w="4644" w:type="dxa"/>
            <w:vAlign w:val="center"/>
          </w:tcPr>
          <w:p w14:paraId="57188DB3" w14:textId="77777777" w:rsidR="00BA42BE" w:rsidRDefault="00BA42BE" w:rsidP="003068E8">
            <w:proofErr w:type="spellStart"/>
            <w:r>
              <w:rPr>
                <w:sz w:val="13"/>
              </w:rPr>
              <w:t>Cachés</w:t>
            </w:r>
            <w:proofErr w:type="spellEnd"/>
            <w:r>
              <w:rPr>
                <w:sz w:val="13"/>
              </w:rPr>
              <w:t xml:space="preserve">, </w:t>
            </w:r>
            <w:proofErr w:type="spellStart"/>
            <w:r>
              <w:rPr>
                <w:sz w:val="13"/>
              </w:rPr>
              <w:t>honorarios</w:t>
            </w:r>
            <w:proofErr w:type="spellEnd"/>
            <w:r>
              <w:rPr>
                <w:sz w:val="13"/>
              </w:rPr>
              <w:t xml:space="preserve"> y/o </w:t>
            </w:r>
            <w:proofErr w:type="spellStart"/>
            <w:r>
              <w:rPr>
                <w:sz w:val="13"/>
              </w:rPr>
              <w:t>nóminas</w:t>
            </w:r>
            <w:proofErr w:type="spellEnd"/>
            <w:r>
              <w:rPr>
                <w:sz w:val="13"/>
              </w:rPr>
              <w:t xml:space="preserve"> de </w:t>
            </w:r>
            <w:proofErr w:type="spellStart"/>
            <w:r>
              <w:rPr>
                <w:sz w:val="13"/>
              </w:rPr>
              <w:t>artistas</w:t>
            </w:r>
            <w:proofErr w:type="spellEnd"/>
            <w:r>
              <w:rPr>
                <w:sz w:val="13"/>
              </w:rPr>
              <w:t xml:space="preserve"> u </w:t>
            </w:r>
            <w:proofErr w:type="spellStart"/>
            <w:r>
              <w:rPr>
                <w:sz w:val="13"/>
              </w:rPr>
              <w:t>otros</w:t>
            </w:r>
            <w:proofErr w:type="spellEnd"/>
            <w:r>
              <w:rPr>
                <w:sz w:val="13"/>
              </w:rPr>
              <w:t xml:space="preserve"> </w:t>
            </w:r>
            <w:proofErr w:type="spellStart"/>
            <w:r>
              <w:rPr>
                <w:sz w:val="13"/>
              </w:rPr>
              <w:t>agentes</w:t>
            </w:r>
            <w:proofErr w:type="spellEnd"/>
            <w:r>
              <w:rPr>
                <w:sz w:val="13"/>
              </w:rPr>
              <w:t xml:space="preserve"> </w:t>
            </w:r>
            <w:proofErr w:type="spellStart"/>
            <w:r>
              <w:rPr>
                <w:sz w:val="13"/>
              </w:rPr>
              <w:t>culturales</w:t>
            </w:r>
            <w:proofErr w:type="spellEnd"/>
            <w:r>
              <w:rPr>
                <w:sz w:val="13"/>
              </w:rPr>
              <w:t xml:space="preserve"> </w:t>
            </w:r>
            <w:proofErr w:type="spellStart"/>
            <w:r>
              <w:rPr>
                <w:sz w:val="13"/>
              </w:rPr>
              <w:t>integrantes</w:t>
            </w:r>
            <w:proofErr w:type="spellEnd"/>
            <w:r>
              <w:rPr>
                <w:sz w:val="13"/>
              </w:rPr>
              <w:t xml:space="preserve"> de la </w:t>
            </w:r>
            <w:proofErr w:type="spellStart"/>
            <w:r>
              <w:rPr>
                <w:sz w:val="13"/>
              </w:rPr>
              <w:t>programación</w:t>
            </w:r>
            <w:proofErr w:type="spellEnd"/>
            <w:r>
              <w:rPr>
                <w:sz w:val="13"/>
              </w:rPr>
              <w:t xml:space="preserve"> del </w:t>
            </w:r>
            <w:proofErr w:type="spellStart"/>
            <w:r>
              <w:rPr>
                <w:sz w:val="13"/>
              </w:rPr>
              <w:t>proyecto</w:t>
            </w:r>
            <w:proofErr w:type="spellEnd"/>
            <w:r>
              <w:rPr>
                <w:sz w:val="13"/>
              </w:rPr>
              <w:t>.</w:t>
            </w:r>
          </w:p>
        </w:tc>
        <w:tc>
          <w:tcPr>
            <w:tcW w:w="1276" w:type="dxa"/>
            <w:vAlign w:val="center"/>
          </w:tcPr>
          <w:p w14:paraId="6400DD53" w14:textId="77777777" w:rsidR="00BA42BE" w:rsidRDefault="00BA42BE" w:rsidP="003068E8"/>
        </w:tc>
        <w:tc>
          <w:tcPr>
            <w:tcW w:w="1134" w:type="dxa"/>
            <w:vAlign w:val="center"/>
          </w:tcPr>
          <w:p w14:paraId="10379611" w14:textId="77777777" w:rsidR="00BA42BE" w:rsidRDefault="00BA42BE" w:rsidP="003068E8"/>
        </w:tc>
        <w:tc>
          <w:tcPr>
            <w:tcW w:w="1222" w:type="dxa"/>
            <w:vAlign w:val="center"/>
          </w:tcPr>
          <w:p w14:paraId="3F84C6A5" w14:textId="77777777" w:rsidR="00BA42BE" w:rsidRDefault="00BA42BE" w:rsidP="003068E8"/>
        </w:tc>
        <w:tc>
          <w:tcPr>
            <w:tcW w:w="1188" w:type="dxa"/>
            <w:vAlign w:val="center"/>
          </w:tcPr>
          <w:p w14:paraId="63C571D2" w14:textId="77777777" w:rsidR="00BA42BE" w:rsidRDefault="00BA42BE" w:rsidP="003068E8"/>
        </w:tc>
        <w:tc>
          <w:tcPr>
            <w:tcW w:w="1404" w:type="dxa"/>
            <w:vAlign w:val="center"/>
          </w:tcPr>
          <w:p w14:paraId="28AC62E0" w14:textId="77777777" w:rsidR="00BA42BE" w:rsidRDefault="00BA42BE" w:rsidP="003068E8"/>
        </w:tc>
      </w:tr>
      <w:tr w:rsidR="00BA42BE" w14:paraId="0EBA950E" w14:textId="77777777" w:rsidTr="003068E8">
        <w:trPr>
          <w:jc w:val="center"/>
        </w:trPr>
        <w:tc>
          <w:tcPr>
            <w:tcW w:w="4644" w:type="dxa"/>
            <w:vAlign w:val="center"/>
          </w:tcPr>
          <w:p w14:paraId="2FC64952" w14:textId="77777777" w:rsidR="00BA42BE" w:rsidRDefault="00BA42BE" w:rsidP="003068E8">
            <w:proofErr w:type="spellStart"/>
            <w:r>
              <w:rPr>
                <w:sz w:val="13"/>
              </w:rPr>
              <w:t>Otros</w:t>
            </w:r>
            <w:proofErr w:type="spellEnd"/>
            <w:r>
              <w:rPr>
                <w:sz w:val="13"/>
              </w:rPr>
              <w:t xml:space="preserve"> </w:t>
            </w:r>
            <w:proofErr w:type="spellStart"/>
            <w:r>
              <w:rPr>
                <w:sz w:val="13"/>
              </w:rPr>
              <w:t>gastos</w:t>
            </w:r>
            <w:proofErr w:type="spellEnd"/>
            <w:r>
              <w:rPr>
                <w:sz w:val="13"/>
              </w:rPr>
              <w:t xml:space="preserve"> </w:t>
            </w:r>
            <w:proofErr w:type="spellStart"/>
            <w:r>
              <w:rPr>
                <w:sz w:val="13"/>
              </w:rPr>
              <w:t>directamente</w:t>
            </w:r>
            <w:proofErr w:type="spellEnd"/>
            <w:r>
              <w:rPr>
                <w:sz w:val="13"/>
              </w:rPr>
              <w:t xml:space="preserve"> </w:t>
            </w:r>
            <w:proofErr w:type="spellStart"/>
            <w:r>
              <w:rPr>
                <w:sz w:val="13"/>
              </w:rPr>
              <w:t>relacionados</w:t>
            </w:r>
            <w:proofErr w:type="spellEnd"/>
            <w:r>
              <w:rPr>
                <w:sz w:val="13"/>
              </w:rPr>
              <w:t xml:space="preserve"> con </w:t>
            </w:r>
            <w:proofErr w:type="spellStart"/>
            <w:r>
              <w:rPr>
                <w:sz w:val="13"/>
              </w:rPr>
              <w:t>artistas</w:t>
            </w:r>
            <w:proofErr w:type="spellEnd"/>
            <w:r>
              <w:rPr>
                <w:sz w:val="13"/>
              </w:rPr>
              <w:t>/</w:t>
            </w:r>
            <w:proofErr w:type="spellStart"/>
            <w:r>
              <w:rPr>
                <w:sz w:val="13"/>
              </w:rPr>
              <w:t>participantes</w:t>
            </w:r>
            <w:proofErr w:type="spellEnd"/>
            <w:r>
              <w:rPr>
                <w:sz w:val="13"/>
              </w:rPr>
              <w:t xml:space="preserve"> </w:t>
            </w:r>
            <w:proofErr w:type="spellStart"/>
            <w:r>
              <w:rPr>
                <w:sz w:val="13"/>
              </w:rPr>
              <w:t>programados</w:t>
            </w:r>
            <w:proofErr w:type="spellEnd"/>
            <w:r>
              <w:rPr>
                <w:sz w:val="13"/>
              </w:rPr>
              <w:t xml:space="preserve">, </w:t>
            </w:r>
            <w:proofErr w:type="spellStart"/>
            <w:r>
              <w:rPr>
                <w:sz w:val="13"/>
              </w:rPr>
              <w:t>como</w:t>
            </w:r>
            <w:proofErr w:type="spellEnd"/>
            <w:r>
              <w:rPr>
                <w:sz w:val="13"/>
              </w:rPr>
              <w:t xml:space="preserve"> </w:t>
            </w:r>
            <w:proofErr w:type="spellStart"/>
            <w:r>
              <w:rPr>
                <w:sz w:val="13"/>
              </w:rPr>
              <w:t>viaje</w:t>
            </w:r>
            <w:proofErr w:type="spellEnd"/>
            <w:r>
              <w:rPr>
                <w:sz w:val="13"/>
              </w:rPr>
              <w:t xml:space="preserve"> y </w:t>
            </w:r>
            <w:proofErr w:type="spellStart"/>
            <w:r>
              <w:rPr>
                <w:sz w:val="13"/>
              </w:rPr>
              <w:t>alojamiento</w:t>
            </w:r>
            <w:proofErr w:type="spellEnd"/>
            <w:r>
              <w:rPr>
                <w:sz w:val="13"/>
              </w:rPr>
              <w:t xml:space="preserve">, con </w:t>
            </w:r>
            <w:proofErr w:type="spellStart"/>
            <w:r>
              <w:rPr>
                <w:sz w:val="13"/>
              </w:rPr>
              <w:t>exclusión</w:t>
            </w:r>
            <w:proofErr w:type="spellEnd"/>
            <w:r>
              <w:rPr>
                <w:sz w:val="13"/>
              </w:rPr>
              <w:t xml:space="preserve"> de </w:t>
            </w:r>
            <w:proofErr w:type="spellStart"/>
            <w:r>
              <w:rPr>
                <w:sz w:val="13"/>
              </w:rPr>
              <w:t>dietas</w:t>
            </w:r>
            <w:proofErr w:type="spellEnd"/>
            <w:r>
              <w:rPr>
                <w:sz w:val="13"/>
              </w:rPr>
              <w:t>.</w:t>
            </w:r>
          </w:p>
        </w:tc>
        <w:tc>
          <w:tcPr>
            <w:tcW w:w="1276" w:type="dxa"/>
            <w:vAlign w:val="center"/>
          </w:tcPr>
          <w:p w14:paraId="64F78975" w14:textId="77777777" w:rsidR="00BA42BE" w:rsidRDefault="00BA42BE" w:rsidP="003068E8"/>
        </w:tc>
        <w:tc>
          <w:tcPr>
            <w:tcW w:w="1134" w:type="dxa"/>
            <w:vAlign w:val="center"/>
          </w:tcPr>
          <w:p w14:paraId="07612FF7" w14:textId="77777777" w:rsidR="00BA42BE" w:rsidRDefault="00BA42BE" w:rsidP="003068E8"/>
        </w:tc>
        <w:tc>
          <w:tcPr>
            <w:tcW w:w="1222" w:type="dxa"/>
            <w:vAlign w:val="center"/>
          </w:tcPr>
          <w:p w14:paraId="3679BDC5" w14:textId="77777777" w:rsidR="00BA42BE" w:rsidRDefault="00BA42BE" w:rsidP="003068E8"/>
        </w:tc>
        <w:tc>
          <w:tcPr>
            <w:tcW w:w="1188" w:type="dxa"/>
            <w:vAlign w:val="center"/>
          </w:tcPr>
          <w:p w14:paraId="7771FA64" w14:textId="77777777" w:rsidR="00BA42BE" w:rsidRDefault="00BA42BE" w:rsidP="003068E8"/>
        </w:tc>
        <w:tc>
          <w:tcPr>
            <w:tcW w:w="1404" w:type="dxa"/>
            <w:vAlign w:val="center"/>
          </w:tcPr>
          <w:p w14:paraId="6A9FC7A2" w14:textId="77777777" w:rsidR="00BA42BE" w:rsidRDefault="00BA42BE" w:rsidP="003068E8"/>
        </w:tc>
      </w:tr>
      <w:tr w:rsidR="00BA42BE" w14:paraId="1009E95F" w14:textId="77777777" w:rsidTr="003068E8">
        <w:trPr>
          <w:jc w:val="center"/>
        </w:trPr>
        <w:tc>
          <w:tcPr>
            <w:tcW w:w="4644" w:type="dxa"/>
            <w:vAlign w:val="center"/>
          </w:tcPr>
          <w:p w14:paraId="26F4EF96" w14:textId="77777777" w:rsidR="00BA42BE" w:rsidRDefault="00BA42BE" w:rsidP="003068E8">
            <w:r>
              <w:rPr>
                <w:sz w:val="13"/>
              </w:rPr>
              <w:t xml:space="preserve">Derechos de </w:t>
            </w:r>
            <w:proofErr w:type="spellStart"/>
            <w:r>
              <w:rPr>
                <w:sz w:val="13"/>
              </w:rPr>
              <w:t>autor</w:t>
            </w:r>
            <w:proofErr w:type="spellEnd"/>
            <w:r>
              <w:rPr>
                <w:sz w:val="13"/>
              </w:rPr>
              <w:t xml:space="preserve">, </w:t>
            </w:r>
            <w:proofErr w:type="spellStart"/>
            <w:r>
              <w:rPr>
                <w:sz w:val="13"/>
              </w:rPr>
              <w:t>entidades</w:t>
            </w:r>
            <w:proofErr w:type="spellEnd"/>
            <w:r>
              <w:rPr>
                <w:sz w:val="13"/>
              </w:rPr>
              <w:t xml:space="preserve"> de </w:t>
            </w:r>
            <w:proofErr w:type="spellStart"/>
            <w:r>
              <w:rPr>
                <w:sz w:val="13"/>
              </w:rPr>
              <w:t>gestión</w:t>
            </w:r>
            <w:proofErr w:type="spellEnd"/>
            <w:r>
              <w:rPr>
                <w:sz w:val="13"/>
              </w:rPr>
              <w:t xml:space="preserve"> o </w:t>
            </w:r>
            <w:proofErr w:type="spellStart"/>
            <w:r>
              <w:rPr>
                <w:sz w:val="13"/>
              </w:rPr>
              <w:t>certificados</w:t>
            </w:r>
            <w:proofErr w:type="spellEnd"/>
            <w:r>
              <w:rPr>
                <w:sz w:val="13"/>
              </w:rPr>
              <w:t xml:space="preserve"> </w:t>
            </w:r>
            <w:proofErr w:type="spellStart"/>
            <w:r>
              <w:rPr>
                <w:sz w:val="13"/>
              </w:rPr>
              <w:t>expedidos</w:t>
            </w:r>
            <w:proofErr w:type="spellEnd"/>
            <w:r>
              <w:rPr>
                <w:sz w:val="13"/>
              </w:rPr>
              <w:t xml:space="preserve"> por </w:t>
            </w:r>
            <w:proofErr w:type="spellStart"/>
            <w:r>
              <w:rPr>
                <w:sz w:val="13"/>
              </w:rPr>
              <w:t>dichas</w:t>
            </w:r>
            <w:proofErr w:type="spellEnd"/>
            <w:r>
              <w:rPr>
                <w:sz w:val="13"/>
              </w:rPr>
              <w:t xml:space="preserve"> </w:t>
            </w:r>
            <w:proofErr w:type="spellStart"/>
            <w:r>
              <w:rPr>
                <w:sz w:val="13"/>
              </w:rPr>
              <w:t>entidades</w:t>
            </w:r>
            <w:proofErr w:type="spellEnd"/>
            <w:r>
              <w:rPr>
                <w:sz w:val="13"/>
              </w:rPr>
              <w:t>.</w:t>
            </w:r>
          </w:p>
        </w:tc>
        <w:tc>
          <w:tcPr>
            <w:tcW w:w="1276" w:type="dxa"/>
            <w:vAlign w:val="center"/>
          </w:tcPr>
          <w:p w14:paraId="1D981B7F" w14:textId="77777777" w:rsidR="00BA42BE" w:rsidRDefault="00BA42BE" w:rsidP="003068E8"/>
        </w:tc>
        <w:tc>
          <w:tcPr>
            <w:tcW w:w="1134" w:type="dxa"/>
            <w:vAlign w:val="center"/>
          </w:tcPr>
          <w:p w14:paraId="6F638DFB" w14:textId="77777777" w:rsidR="00BA42BE" w:rsidRDefault="00BA42BE" w:rsidP="003068E8"/>
        </w:tc>
        <w:tc>
          <w:tcPr>
            <w:tcW w:w="1222" w:type="dxa"/>
            <w:vAlign w:val="center"/>
          </w:tcPr>
          <w:p w14:paraId="594AD4E3" w14:textId="77777777" w:rsidR="00BA42BE" w:rsidRDefault="00BA42BE" w:rsidP="003068E8"/>
        </w:tc>
        <w:tc>
          <w:tcPr>
            <w:tcW w:w="1188" w:type="dxa"/>
            <w:vAlign w:val="center"/>
          </w:tcPr>
          <w:p w14:paraId="26D5E84D" w14:textId="77777777" w:rsidR="00BA42BE" w:rsidRDefault="00BA42BE" w:rsidP="003068E8"/>
        </w:tc>
        <w:tc>
          <w:tcPr>
            <w:tcW w:w="1404" w:type="dxa"/>
            <w:vAlign w:val="center"/>
          </w:tcPr>
          <w:p w14:paraId="773D91A9" w14:textId="77777777" w:rsidR="00BA42BE" w:rsidRDefault="00BA42BE" w:rsidP="003068E8"/>
        </w:tc>
      </w:tr>
      <w:tr w:rsidR="00BA42BE" w14:paraId="248DAAD2" w14:textId="77777777" w:rsidTr="003068E8">
        <w:trPr>
          <w:jc w:val="center"/>
        </w:trPr>
        <w:tc>
          <w:tcPr>
            <w:tcW w:w="4644" w:type="dxa"/>
            <w:vAlign w:val="center"/>
          </w:tcPr>
          <w:p w14:paraId="674AA76B" w14:textId="77777777" w:rsidR="00BA42BE" w:rsidRDefault="00BA42BE" w:rsidP="003068E8">
            <w:proofErr w:type="spellStart"/>
            <w:r>
              <w:rPr>
                <w:sz w:val="13"/>
              </w:rPr>
              <w:t>Contratos</w:t>
            </w:r>
            <w:proofErr w:type="spellEnd"/>
            <w:r>
              <w:rPr>
                <w:sz w:val="13"/>
              </w:rPr>
              <w:t xml:space="preserve"> de </w:t>
            </w:r>
            <w:proofErr w:type="spellStart"/>
            <w:r>
              <w:rPr>
                <w:sz w:val="13"/>
              </w:rPr>
              <w:t>arrendamiento</w:t>
            </w:r>
            <w:proofErr w:type="spellEnd"/>
            <w:r>
              <w:rPr>
                <w:sz w:val="13"/>
              </w:rPr>
              <w:t xml:space="preserve"> de </w:t>
            </w:r>
            <w:proofErr w:type="spellStart"/>
            <w:r>
              <w:rPr>
                <w:sz w:val="13"/>
              </w:rPr>
              <w:t>espacios</w:t>
            </w:r>
            <w:proofErr w:type="spellEnd"/>
            <w:r>
              <w:rPr>
                <w:sz w:val="13"/>
              </w:rPr>
              <w:t xml:space="preserve"> </w:t>
            </w:r>
            <w:proofErr w:type="spellStart"/>
            <w:r>
              <w:rPr>
                <w:sz w:val="13"/>
              </w:rPr>
              <w:t>destinados</w:t>
            </w:r>
            <w:proofErr w:type="spellEnd"/>
            <w:r>
              <w:rPr>
                <w:sz w:val="13"/>
              </w:rPr>
              <w:t xml:space="preserve"> </w:t>
            </w:r>
            <w:proofErr w:type="spellStart"/>
            <w:r>
              <w:rPr>
                <w:sz w:val="13"/>
              </w:rPr>
              <w:t>exclusivamente</w:t>
            </w:r>
            <w:proofErr w:type="spellEnd"/>
            <w:r>
              <w:rPr>
                <w:sz w:val="13"/>
              </w:rPr>
              <w:t xml:space="preserve"> a la </w:t>
            </w:r>
            <w:proofErr w:type="spellStart"/>
            <w:r>
              <w:rPr>
                <w:sz w:val="13"/>
              </w:rPr>
              <w:t>celebración</w:t>
            </w:r>
            <w:proofErr w:type="spellEnd"/>
            <w:r>
              <w:rPr>
                <w:sz w:val="13"/>
              </w:rPr>
              <w:t xml:space="preserve"> del </w:t>
            </w:r>
            <w:proofErr w:type="spellStart"/>
            <w:r>
              <w:rPr>
                <w:sz w:val="13"/>
              </w:rPr>
              <w:t>evento</w:t>
            </w:r>
            <w:proofErr w:type="spellEnd"/>
            <w:r>
              <w:rPr>
                <w:sz w:val="13"/>
              </w:rPr>
              <w:t>.</w:t>
            </w:r>
          </w:p>
        </w:tc>
        <w:tc>
          <w:tcPr>
            <w:tcW w:w="1276" w:type="dxa"/>
            <w:vAlign w:val="center"/>
          </w:tcPr>
          <w:p w14:paraId="36059FC5" w14:textId="77777777" w:rsidR="00BA42BE" w:rsidRDefault="00BA42BE" w:rsidP="003068E8"/>
        </w:tc>
        <w:tc>
          <w:tcPr>
            <w:tcW w:w="1134" w:type="dxa"/>
            <w:vAlign w:val="center"/>
          </w:tcPr>
          <w:p w14:paraId="10CF11A0" w14:textId="77777777" w:rsidR="00BA42BE" w:rsidRDefault="00BA42BE" w:rsidP="003068E8"/>
        </w:tc>
        <w:tc>
          <w:tcPr>
            <w:tcW w:w="1222" w:type="dxa"/>
            <w:vAlign w:val="center"/>
          </w:tcPr>
          <w:p w14:paraId="72E3DE6B" w14:textId="77777777" w:rsidR="00BA42BE" w:rsidRDefault="00BA42BE" w:rsidP="003068E8"/>
        </w:tc>
        <w:tc>
          <w:tcPr>
            <w:tcW w:w="1188" w:type="dxa"/>
            <w:vAlign w:val="center"/>
          </w:tcPr>
          <w:p w14:paraId="2AD8B106" w14:textId="77777777" w:rsidR="00BA42BE" w:rsidRDefault="00BA42BE" w:rsidP="003068E8"/>
        </w:tc>
        <w:tc>
          <w:tcPr>
            <w:tcW w:w="1404" w:type="dxa"/>
            <w:vAlign w:val="center"/>
          </w:tcPr>
          <w:p w14:paraId="560BFA49" w14:textId="77777777" w:rsidR="00BA42BE" w:rsidRDefault="00BA42BE" w:rsidP="003068E8"/>
        </w:tc>
      </w:tr>
      <w:tr w:rsidR="00BA42BE" w14:paraId="0D9FC344" w14:textId="77777777" w:rsidTr="003068E8">
        <w:trPr>
          <w:jc w:val="center"/>
        </w:trPr>
        <w:tc>
          <w:tcPr>
            <w:tcW w:w="4644" w:type="dxa"/>
            <w:vAlign w:val="center"/>
          </w:tcPr>
          <w:p w14:paraId="69DF0E22" w14:textId="77777777" w:rsidR="00BA42BE" w:rsidRDefault="00BA42BE" w:rsidP="003068E8">
            <w:r>
              <w:rPr>
                <w:sz w:val="13"/>
              </w:rPr>
              <w:t xml:space="preserve">Personal </w:t>
            </w:r>
            <w:proofErr w:type="spellStart"/>
            <w:r>
              <w:rPr>
                <w:sz w:val="13"/>
              </w:rPr>
              <w:t>contratado</w:t>
            </w:r>
            <w:proofErr w:type="spellEnd"/>
            <w:r>
              <w:rPr>
                <w:sz w:val="13"/>
              </w:rPr>
              <w:t xml:space="preserve"> </w:t>
            </w:r>
            <w:proofErr w:type="spellStart"/>
            <w:r>
              <w:rPr>
                <w:sz w:val="13"/>
              </w:rPr>
              <w:t>en</w:t>
            </w:r>
            <w:proofErr w:type="spellEnd"/>
            <w:r>
              <w:rPr>
                <w:sz w:val="13"/>
              </w:rPr>
              <w:t xml:space="preserve"> </w:t>
            </w:r>
            <w:proofErr w:type="spellStart"/>
            <w:r>
              <w:rPr>
                <w:sz w:val="13"/>
              </w:rPr>
              <w:t>exclusiva</w:t>
            </w:r>
            <w:proofErr w:type="spellEnd"/>
            <w:r>
              <w:rPr>
                <w:sz w:val="13"/>
              </w:rPr>
              <w:t xml:space="preserve"> para la </w:t>
            </w:r>
            <w:proofErr w:type="spellStart"/>
            <w:r>
              <w:rPr>
                <w:sz w:val="13"/>
              </w:rPr>
              <w:t>celebración</w:t>
            </w:r>
            <w:proofErr w:type="spellEnd"/>
            <w:r>
              <w:rPr>
                <w:sz w:val="13"/>
              </w:rPr>
              <w:t xml:space="preserve"> del </w:t>
            </w:r>
            <w:proofErr w:type="spellStart"/>
            <w:r>
              <w:rPr>
                <w:sz w:val="13"/>
              </w:rPr>
              <w:t>evento</w:t>
            </w:r>
            <w:proofErr w:type="spellEnd"/>
            <w:r>
              <w:rPr>
                <w:sz w:val="13"/>
              </w:rPr>
              <w:t xml:space="preserve">, </w:t>
            </w:r>
            <w:proofErr w:type="spellStart"/>
            <w:r>
              <w:rPr>
                <w:sz w:val="13"/>
              </w:rPr>
              <w:t>incluyendo</w:t>
            </w:r>
            <w:proofErr w:type="spellEnd"/>
            <w:r>
              <w:rPr>
                <w:sz w:val="13"/>
              </w:rPr>
              <w:t xml:space="preserve"> </w:t>
            </w:r>
            <w:proofErr w:type="spellStart"/>
            <w:r>
              <w:rPr>
                <w:sz w:val="13"/>
              </w:rPr>
              <w:t>salarios</w:t>
            </w:r>
            <w:proofErr w:type="spellEnd"/>
            <w:r>
              <w:rPr>
                <w:sz w:val="13"/>
              </w:rPr>
              <w:t xml:space="preserve">, </w:t>
            </w:r>
            <w:proofErr w:type="spellStart"/>
            <w:r>
              <w:rPr>
                <w:sz w:val="13"/>
              </w:rPr>
              <w:t>cotizaciones</w:t>
            </w:r>
            <w:proofErr w:type="spellEnd"/>
            <w:r>
              <w:rPr>
                <w:sz w:val="13"/>
              </w:rPr>
              <w:t xml:space="preserve"> a la </w:t>
            </w:r>
            <w:proofErr w:type="spellStart"/>
            <w:r>
              <w:rPr>
                <w:sz w:val="13"/>
              </w:rPr>
              <w:t>Seguridad</w:t>
            </w:r>
            <w:proofErr w:type="spellEnd"/>
            <w:r>
              <w:rPr>
                <w:sz w:val="13"/>
              </w:rPr>
              <w:t xml:space="preserve"> Social e IRPF.</w:t>
            </w:r>
          </w:p>
        </w:tc>
        <w:tc>
          <w:tcPr>
            <w:tcW w:w="1276" w:type="dxa"/>
            <w:vAlign w:val="center"/>
          </w:tcPr>
          <w:p w14:paraId="2D2E1202" w14:textId="77777777" w:rsidR="00BA42BE" w:rsidRDefault="00BA42BE" w:rsidP="003068E8"/>
        </w:tc>
        <w:tc>
          <w:tcPr>
            <w:tcW w:w="1134" w:type="dxa"/>
            <w:vAlign w:val="center"/>
          </w:tcPr>
          <w:p w14:paraId="5B75A088" w14:textId="77777777" w:rsidR="00BA42BE" w:rsidRDefault="00BA42BE" w:rsidP="003068E8"/>
        </w:tc>
        <w:tc>
          <w:tcPr>
            <w:tcW w:w="1222" w:type="dxa"/>
            <w:vAlign w:val="center"/>
          </w:tcPr>
          <w:p w14:paraId="4A9C5806" w14:textId="77777777" w:rsidR="00BA42BE" w:rsidRDefault="00BA42BE" w:rsidP="003068E8"/>
        </w:tc>
        <w:tc>
          <w:tcPr>
            <w:tcW w:w="1188" w:type="dxa"/>
            <w:vAlign w:val="center"/>
          </w:tcPr>
          <w:p w14:paraId="6AE9B71E" w14:textId="77777777" w:rsidR="00BA42BE" w:rsidRDefault="00BA42BE" w:rsidP="003068E8"/>
        </w:tc>
        <w:tc>
          <w:tcPr>
            <w:tcW w:w="1404" w:type="dxa"/>
            <w:vAlign w:val="center"/>
          </w:tcPr>
          <w:p w14:paraId="2322EB0B" w14:textId="77777777" w:rsidR="00BA42BE" w:rsidRDefault="00BA42BE" w:rsidP="003068E8"/>
        </w:tc>
      </w:tr>
      <w:tr w:rsidR="00BA42BE" w14:paraId="068F5527" w14:textId="77777777" w:rsidTr="003068E8">
        <w:trPr>
          <w:jc w:val="center"/>
        </w:trPr>
        <w:tc>
          <w:tcPr>
            <w:tcW w:w="4644" w:type="dxa"/>
            <w:vAlign w:val="center"/>
          </w:tcPr>
          <w:p w14:paraId="4512B902" w14:textId="77777777" w:rsidR="00BA42BE" w:rsidRDefault="00BA42BE" w:rsidP="003068E8">
            <w:proofErr w:type="spellStart"/>
            <w:r>
              <w:rPr>
                <w:sz w:val="13"/>
              </w:rPr>
              <w:t>Contratación</w:t>
            </w:r>
            <w:proofErr w:type="spellEnd"/>
            <w:r>
              <w:rPr>
                <w:sz w:val="13"/>
              </w:rPr>
              <w:t xml:space="preserve"> de </w:t>
            </w:r>
            <w:proofErr w:type="spellStart"/>
            <w:r>
              <w:rPr>
                <w:sz w:val="13"/>
              </w:rPr>
              <w:t>servicios</w:t>
            </w:r>
            <w:proofErr w:type="spellEnd"/>
            <w:r>
              <w:rPr>
                <w:sz w:val="13"/>
              </w:rPr>
              <w:t xml:space="preserve"> </w:t>
            </w:r>
            <w:proofErr w:type="spellStart"/>
            <w:r>
              <w:rPr>
                <w:sz w:val="13"/>
              </w:rPr>
              <w:t>técnicos</w:t>
            </w:r>
            <w:proofErr w:type="spellEnd"/>
            <w:r>
              <w:rPr>
                <w:sz w:val="13"/>
              </w:rPr>
              <w:t xml:space="preserve"> y </w:t>
            </w:r>
            <w:proofErr w:type="spellStart"/>
            <w:r>
              <w:rPr>
                <w:sz w:val="13"/>
              </w:rPr>
              <w:t>profesionales</w:t>
            </w:r>
            <w:proofErr w:type="spellEnd"/>
            <w:r>
              <w:rPr>
                <w:sz w:val="13"/>
              </w:rPr>
              <w:t xml:space="preserve"> </w:t>
            </w:r>
            <w:proofErr w:type="spellStart"/>
            <w:r>
              <w:rPr>
                <w:sz w:val="13"/>
              </w:rPr>
              <w:t>necesarios</w:t>
            </w:r>
            <w:proofErr w:type="spellEnd"/>
            <w:r>
              <w:rPr>
                <w:sz w:val="13"/>
              </w:rPr>
              <w:t xml:space="preserve"> para </w:t>
            </w:r>
            <w:proofErr w:type="spellStart"/>
            <w:r>
              <w:rPr>
                <w:sz w:val="13"/>
              </w:rPr>
              <w:t>el</w:t>
            </w:r>
            <w:proofErr w:type="spellEnd"/>
            <w:r>
              <w:rPr>
                <w:sz w:val="13"/>
              </w:rPr>
              <w:t xml:space="preserve"> </w:t>
            </w:r>
            <w:proofErr w:type="spellStart"/>
            <w:r>
              <w:rPr>
                <w:sz w:val="13"/>
              </w:rPr>
              <w:t>evento</w:t>
            </w:r>
            <w:proofErr w:type="spellEnd"/>
            <w:r>
              <w:rPr>
                <w:sz w:val="13"/>
              </w:rPr>
              <w:t xml:space="preserve"> cultural.</w:t>
            </w:r>
          </w:p>
        </w:tc>
        <w:tc>
          <w:tcPr>
            <w:tcW w:w="1276" w:type="dxa"/>
            <w:vAlign w:val="center"/>
          </w:tcPr>
          <w:p w14:paraId="7A504921" w14:textId="77777777" w:rsidR="00BA42BE" w:rsidRDefault="00BA42BE" w:rsidP="003068E8"/>
        </w:tc>
        <w:tc>
          <w:tcPr>
            <w:tcW w:w="1134" w:type="dxa"/>
            <w:vAlign w:val="center"/>
          </w:tcPr>
          <w:p w14:paraId="75127B29" w14:textId="77777777" w:rsidR="00BA42BE" w:rsidRDefault="00BA42BE" w:rsidP="003068E8"/>
        </w:tc>
        <w:tc>
          <w:tcPr>
            <w:tcW w:w="1222" w:type="dxa"/>
            <w:vAlign w:val="center"/>
          </w:tcPr>
          <w:p w14:paraId="610BBD9E" w14:textId="77777777" w:rsidR="00BA42BE" w:rsidRDefault="00BA42BE" w:rsidP="003068E8"/>
        </w:tc>
        <w:tc>
          <w:tcPr>
            <w:tcW w:w="1188" w:type="dxa"/>
            <w:vAlign w:val="center"/>
          </w:tcPr>
          <w:p w14:paraId="1A763BA1" w14:textId="77777777" w:rsidR="00BA42BE" w:rsidRDefault="00BA42BE" w:rsidP="003068E8"/>
        </w:tc>
        <w:tc>
          <w:tcPr>
            <w:tcW w:w="1404" w:type="dxa"/>
            <w:vAlign w:val="center"/>
          </w:tcPr>
          <w:p w14:paraId="44DA522D" w14:textId="77777777" w:rsidR="00BA42BE" w:rsidRDefault="00BA42BE" w:rsidP="003068E8"/>
        </w:tc>
      </w:tr>
      <w:tr w:rsidR="00BA42BE" w14:paraId="549EEC9D" w14:textId="77777777" w:rsidTr="003068E8">
        <w:trPr>
          <w:jc w:val="center"/>
        </w:trPr>
        <w:tc>
          <w:tcPr>
            <w:tcW w:w="4644" w:type="dxa"/>
            <w:vAlign w:val="center"/>
          </w:tcPr>
          <w:p w14:paraId="43C2739D" w14:textId="77777777" w:rsidR="00BA42BE" w:rsidRDefault="00BA42BE" w:rsidP="003068E8">
            <w:proofErr w:type="spellStart"/>
            <w:r>
              <w:rPr>
                <w:sz w:val="13"/>
              </w:rPr>
              <w:t>Materiales</w:t>
            </w:r>
            <w:proofErr w:type="spellEnd"/>
            <w:r>
              <w:rPr>
                <w:sz w:val="13"/>
              </w:rPr>
              <w:t xml:space="preserve"> y </w:t>
            </w:r>
            <w:proofErr w:type="spellStart"/>
            <w:r>
              <w:rPr>
                <w:sz w:val="13"/>
              </w:rPr>
              <w:t>bienes</w:t>
            </w:r>
            <w:proofErr w:type="spellEnd"/>
            <w:r>
              <w:rPr>
                <w:sz w:val="13"/>
              </w:rPr>
              <w:t xml:space="preserve"> fungibles, </w:t>
            </w:r>
            <w:proofErr w:type="spellStart"/>
            <w:r>
              <w:rPr>
                <w:sz w:val="13"/>
              </w:rPr>
              <w:t>alquiler</w:t>
            </w:r>
            <w:proofErr w:type="spellEnd"/>
            <w:r>
              <w:rPr>
                <w:sz w:val="13"/>
              </w:rPr>
              <w:t xml:space="preserve"> de material y/o </w:t>
            </w:r>
            <w:proofErr w:type="spellStart"/>
            <w:r>
              <w:rPr>
                <w:sz w:val="13"/>
              </w:rPr>
              <w:t>equipos</w:t>
            </w:r>
            <w:proofErr w:type="spellEnd"/>
            <w:r>
              <w:rPr>
                <w:sz w:val="13"/>
              </w:rPr>
              <w:t xml:space="preserve"> </w:t>
            </w:r>
            <w:proofErr w:type="spellStart"/>
            <w:r>
              <w:rPr>
                <w:sz w:val="13"/>
              </w:rPr>
              <w:t>técnicos</w:t>
            </w:r>
            <w:proofErr w:type="spellEnd"/>
            <w:r>
              <w:rPr>
                <w:sz w:val="13"/>
              </w:rPr>
              <w:t xml:space="preserve"> </w:t>
            </w:r>
            <w:proofErr w:type="spellStart"/>
            <w:r>
              <w:rPr>
                <w:sz w:val="13"/>
              </w:rPr>
              <w:t>destinados</w:t>
            </w:r>
            <w:proofErr w:type="spellEnd"/>
            <w:r>
              <w:rPr>
                <w:sz w:val="13"/>
              </w:rPr>
              <w:t xml:space="preserve"> </w:t>
            </w:r>
            <w:proofErr w:type="spellStart"/>
            <w:r>
              <w:rPr>
                <w:sz w:val="13"/>
              </w:rPr>
              <w:t>directamente</w:t>
            </w:r>
            <w:proofErr w:type="spellEnd"/>
            <w:r>
              <w:rPr>
                <w:sz w:val="13"/>
              </w:rPr>
              <w:t xml:space="preserve"> a la </w:t>
            </w:r>
            <w:proofErr w:type="spellStart"/>
            <w:r>
              <w:rPr>
                <w:sz w:val="13"/>
              </w:rPr>
              <w:t>celebración</w:t>
            </w:r>
            <w:proofErr w:type="spellEnd"/>
            <w:r>
              <w:rPr>
                <w:sz w:val="13"/>
              </w:rPr>
              <w:t xml:space="preserve"> del </w:t>
            </w:r>
            <w:proofErr w:type="spellStart"/>
            <w:r>
              <w:rPr>
                <w:sz w:val="13"/>
              </w:rPr>
              <w:t>evento</w:t>
            </w:r>
            <w:proofErr w:type="spellEnd"/>
            <w:r>
              <w:rPr>
                <w:sz w:val="13"/>
              </w:rPr>
              <w:t xml:space="preserve"> cultural.</w:t>
            </w:r>
          </w:p>
        </w:tc>
        <w:tc>
          <w:tcPr>
            <w:tcW w:w="1276" w:type="dxa"/>
            <w:vAlign w:val="center"/>
          </w:tcPr>
          <w:p w14:paraId="15DA1B97" w14:textId="77777777" w:rsidR="00BA42BE" w:rsidRDefault="00BA42BE" w:rsidP="003068E8"/>
        </w:tc>
        <w:tc>
          <w:tcPr>
            <w:tcW w:w="1134" w:type="dxa"/>
            <w:vAlign w:val="center"/>
          </w:tcPr>
          <w:p w14:paraId="6B612341" w14:textId="77777777" w:rsidR="00BA42BE" w:rsidRDefault="00BA42BE" w:rsidP="003068E8"/>
        </w:tc>
        <w:tc>
          <w:tcPr>
            <w:tcW w:w="1222" w:type="dxa"/>
            <w:vAlign w:val="center"/>
          </w:tcPr>
          <w:p w14:paraId="089265AF" w14:textId="77777777" w:rsidR="00BA42BE" w:rsidRDefault="00BA42BE" w:rsidP="003068E8"/>
        </w:tc>
        <w:tc>
          <w:tcPr>
            <w:tcW w:w="1188" w:type="dxa"/>
            <w:vAlign w:val="center"/>
          </w:tcPr>
          <w:p w14:paraId="7353A1CB" w14:textId="77777777" w:rsidR="00BA42BE" w:rsidRDefault="00BA42BE" w:rsidP="003068E8"/>
        </w:tc>
        <w:tc>
          <w:tcPr>
            <w:tcW w:w="1404" w:type="dxa"/>
            <w:vAlign w:val="center"/>
          </w:tcPr>
          <w:p w14:paraId="6A72E3ED" w14:textId="77777777" w:rsidR="00BA42BE" w:rsidRDefault="00BA42BE" w:rsidP="003068E8"/>
        </w:tc>
      </w:tr>
      <w:tr w:rsidR="00BA42BE" w14:paraId="64A80029" w14:textId="77777777" w:rsidTr="003068E8">
        <w:trPr>
          <w:jc w:val="center"/>
        </w:trPr>
        <w:tc>
          <w:tcPr>
            <w:tcW w:w="4644" w:type="dxa"/>
            <w:vAlign w:val="center"/>
          </w:tcPr>
          <w:p w14:paraId="6FE823FD" w14:textId="77777777" w:rsidR="00BA42BE" w:rsidRDefault="00BA42BE" w:rsidP="003068E8">
            <w:proofErr w:type="spellStart"/>
            <w:r>
              <w:rPr>
                <w:sz w:val="13"/>
              </w:rPr>
              <w:t>Promoción</w:t>
            </w:r>
            <w:proofErr w:type="spellEnd"/>
            <w:r>
              <w:rPr>
                <w:sz w:val="13"/>
              </w:rPr>
              <w:t xml:space="preserve"> y </w:t>
            </w:r>
            <w:proofErr w:type="spellStart"/>
            <w:r>
              <w:rPr>
                <w:sz w:val="13"/>
              </w:rPr>
              <w:t>difusión</w:t>
            </w:r>
            <w:proofErr w:type="spellEnd"/>
            <w:r>
              <w:rPr>
                <w:sz w:val="13"/>
              </w:rPr>
              <w:t xml:space="preserve"> cultural del </w:t>
            </w:r>
            <w:proofErr w:type="spellStart"/>
            <w:r>
              <w:rPr>
                <w:sz w:val="13"/>
              </w:rPr>
              <w:t>evento</w:t>
            </w:r>
            <w:proofErr w:type="spellEnd"/>
            <w:r>
              <w:rPr>
                <w:sz w:val="13"/>
              </w:rPr>
              <w:t xml:space="preserve">, y </w:t>
            </w:r>
            <w:proofErr w:type="spellStart"/>
            <w:r>
              <w:rPr>
                <w:sz w:val="13"/>
              </w:rPr>
              <w:t>gastos</w:t>
            </w:r>
            <w:proofErr w:type="spellEnd"/>
            <w:r>
              <w:rPr>
                <w:sz w:val="13"/>
              </w:rPr>
              <w:t xml:space="preserve"> de </w:t>
            </w:r>
            <w:proofErr w:type="spellStart"/>
            <w:r>
              <w:rPr>
                <w:sz w:val="13"/>
              </w:rPr>
              <w:t>accesibilidad</w:t>
            </w:r>
            <w:proofErr w:type="spellEnd"/>
            <w:r>
              <w:rPr>
                <w:sz w:val="13"/>
              </w:rPr>
              <w:t xml:space="preserve"> cultural.</w:t>
            </w:r>
          </w:p>
        </w:tc>
        <w:tc>
          <w:tcPr>
            <w:tcW w:w="1276" w:type="dxa"/>
            <w:vAlign w:val="center"/>
          </w:tcPr>
          <w:p w14:paraId="37B9A2C3" w14:textId="77777777" w:rsidR="00BA42BE" w:rsidRDefault="00BA42BE" w:rsidP="003068E8"/>
        </w:tc>
        <w:tc>
          <w:tcPr>
            <w:tcW w:w="1134" w:type="dxa"/>
            <w:vAlign w:val="center"/>
          </w:tcPr>
          <w:p w14:paraId="67A5E46F" w14:textId="77777777" w:rsidR="00BA42BE" w:rsidRDefault="00BA42BE" w:rsidP="003068E8"/>
        </w:tc>
        <w:tc>
          <w:tcPr>
            <w:tcW w:w="1222" w:type="dxa"/>
            <w:vAlign w:val="center"/>
          </w:tcPr>
          <w:p w14:paraId="62396F1B" w14:textId="77777777" w:rsidR="00BA42BE" w:rsidRDefault="00BA42BE" w:rsidP="003068E8"/>
        </w:tc>
        <w:tc>
          <w:tcPr>
            <w:tcW w:w="1188" w:type="dxa"/>
            <w:vAlign w:val="center"/>
          </w:tcPr>
          <w:p w14:paraId="50685784" w14:textId="77777777" w:rsidR="00BA42BE" w:rsidRDefault="00BA42BE" w:rsidP="003068E8"/>
        </w:tc>
        <w:tc>
          <w:tcPr>
            <w:tcW w:w="1404" w:type="dxa"/>
            <w:vAlign w:val="center"/>
          </w:tcPr>
          <w:p w14:paraId="4DF254B2" w14:textId="77777777" w:rsidR="00BA42BE" w:rsidRDefault="00BA42BE" w:rsidP="003068E8"/>
        </w:tc>
      </w:tr>
      <w:tr w:rsidR="00BA42BE" w14:paraId="6D78F9C4" w14:textId="77777777" w:rsidTr="003068E8">
        <w:trPr>
          <w:jc w:val="center"/>
        </w:trPr>
        <w:tc>
          <w:tcPr>
            <w:tcW w:w="4644" w:type="dxa"/>
            <w:vAlign w:val="center"/>
          </w:tcPr>
          <w:p w14:paraId="1C1B1A62" w14:textId="77777777" w:rsidR="00BA42BE" w:rsidRDefault="00BA42BE" w:rsidP="003068E8">
            <w:proofErr w:type="spellStart"/>
            <w:r>
              <w:rPr>
                <w:sz w:val="13"/>
              </w:rPr>
              <w:t>Otros</w:t>
            </w:r>
            <w:proofErr w:type="spellEnd"/>
            <w:r>
              <w:rPr>
                <w:sz w:val="13"/>
              </w:rPr>
              <w:t xml:space="preserve"> </w:t>
            </w:r>
            <w:proofErr w:type="spellStart"/>
            <w:r>
              <w:rPr>
                <w:sz w:val="13"/>
              </w:rPr>
              <w:t>gastos</w:t>
            </w:r>
            <w:proofErr w:type="spellEnd"/>
            <w:r>
              <w:rPr>
                <w:sz w:val="13"/>
              </w:rPr>
              <w:t xml:space="preserve"> </w:t>
            </w:r>
            <w:proofErr w:type="spellStart"/>
            <w:r>
              <w:rPr>
                <w:sz w:val="13"/>
              </w:rPr>
              <w:t>subvencionables</w:t>
            </w:r>
            <w:proofErr w:type="spellEnd"/>
            <w:r>
              <w:rPr>
                <w:sz w:val="13"/>
              </w:rPr>
              <w:t xml:space="preserve">: </w:t>
            </w:r>
            <w:proofErr w:type="spellStart"/>
            <w:r>
              <w:rPr>
                <w:sz w:val="13"/>
              </w:rPr>
              <w:t>especificar</w:t>
            </w:r>
            <w:proofErr w:type="spellEnd"/>
            <w:r>
              <w:rPr>
                <w:sz w:val="13"/>
              </w:rPr>
              <w:t>.</w:t>
            </w:r>
          </w:p>
        </w:tc>
        <w:tc>
          <w:tcPr>
            <w:tcW w:w="1276" w:type="dxa"/>
            <w:vAlign w:val="center"/>
          </w:tcPr>
          <w:p w14:paraId="56CFF43F" w14:textId="77777777" w:rsidR="00BA42BE" w:rsidRDefault="00BA42BE" w:rsidP="003068E8"/>
        </w:tc>
        <w:tc>
          <w:tcPr>
            <w:tcW w:w="1134" w:type="dxa"/>
            <w:vAlign w:val="center"/>
          </w:tcPr>
          <w:p w14:paraId="02D9FC24" w14:textId="77777777" w:rsidR="00BA42BE" w:rsidRDefault="00BA42BE" w:rsidP="003068E8"/>
        </w:tc>
        <w:tc>
          <w:tcPr>
            <w:tcW w:w="1222" w:type="dxa"/>
            <w:vAlign w:val="center"/>
          </w:tcPr>
          <w:p w14:paraId="7FAAB017" w14:textId="77777777" w:rsidR="00BA42BE" w:rsidRDefault="00BA42BE" w:rsidP="003068E8"/>
        </w:tc>
        <w:tc>
          <w:tcPr>
            <w:tcW w:w="1188" w:type="dxa"/>
            <w:vAlign w:val="center"/>
          </w:tcPr>
          <w:p w14:paraId="52325958" w14:textId="77777777" w:rsidR="00BA42BE" w:rsidRDefault="00BA42BE" w:rsidP="003068E8"/>
        </w:tc>
        <w:tc>
          <w:tcPr>
            <w:tcW w:w="1404" w:type="dxa"/>
            <w:vAlign w:val="center"/>
          </w:tcPr>
          <w:p w14:paraId="709A609A" w14:textId="77777777" w:rsidR="00BA42BE" w:rsidRDefault="00BA42BE" w:rsidP="003068E8"/>
        </w:tc>
      </w:tr>
      <w:tr w:rsidR="00BA42BE" w14:paraId="0D5B5AF9" w14:textId="77777777" w:rsidTr="003068E8">
        <w:trPr>
          <w:jc w:val="center"/>
        </w:trPr>
        <w:tc>
          <w:tcPr>
            <w:tcW w:w="4644" w:type="dxa"/>
            <w:vAlign w:val="center"/>
          </w:tcPr>
          <w:p w14:paraId="5512BDED" w14:textId="77777777" w:rsidR="00BA42BE" w:rsidRDefault="00BA42BE" w:rsidP="003068E8">
            <w:r>
              <w:rPr>
                <w:b/>
                <w:sz w:val="13"/>
              </w:rPr>
              <w:t xml:space="preserve">Total </w:t>
            </w:r>
            <w:proofErr w:type="spellStart"/>
            <w:r>
              <w:rPr>
                <w:b/>
                <w:sz w:val="13"/>
              </w:rPr>
              <w:t>presupuesto</w:t>
            </w:r>
            <w:proofErr w:type="spellEnd"/>
            <w:r>
              <w:rPr>
                <w:b/>
                <w:sz w:val="13"/>
              </w:rPr>
              <w:t xml:space="preserve"> de </w:t>
            </w:r>
            <w:proofErr w:type="spellStart"/>
            <w:r>
              <w:rPr>
                <w:b/>
                <w:sz w:val="13"/>
              </w:rPr>
              <w:t>gastos</w:t>
            </w:r>
            <w:proofErr w:type="spellEnd"/>
          </w:p>
        </w:tc>
        <w:tc>
          <w:tcPr>
            <w:tcW w:w="1276" w:type="dxa"/>
            <w:vAlign w:val="center"/>
          </w:tcPr>
          <w:p w14:paraId="4B0D1253" w14:textId="77777777" w:rsidR="00BA42BE" w:rsidRDefault="00BA42BE" w:rsidP="003068E8"/>
        </w:tc>
        <w:tc>
          <w:tcPr>
            <w:tcW w:w="1134" w:type="dxa"/>
            <w:vAlign w:val="center"/>
          </w:tcPr>
          <w:p w14:paraId="4F84E334" w14:textId="77777777" w:rsidR="00BA42BE" w:rsidRDefault="00BA42BE" w:rsidP="003068E8"/>
        </w:tc>
        <w:tc>
          <w:tcPr>
            <w:tcW w:w="1222" w:type="dxa"/>
            <w:vAlign w:val="center"/>
          </w:tcPr>
          <w:p w14:paraId="380D0EB1" w14:textId="77777777" w:rsidR="00BA42BE" w:rsidRDefault="00BA42BE" w:rsidP="003068E8"/>
        </w:tc>
        <w:tc>
          <w:tcPr>
            <w:tcW w:w="1188" w:type="dxa"/>
            <w:vAlign w:val="center"/>
          </w:tcPr>
          <w:p w14:paraId="67F97D1B" w14:textId="77777777" w:rsidR="00BA42BE" w:rsidRDefault="00BA42BE" w:rsidP="003068E8"/>
        </w:tc>
        <w:tc>
          <w:tcPr>
            <w:tcW w:w="1404" w:type="dxa"/>
            <w:vAlign w:val="center"/>
          </w:tcPr>
          <w:p w14:paraId="694168B8" w14:textId="77777777" w:rsidR="00BA42BE" w:rsidRDefault="00BA42BE" w:rsidP="003068E8"/>
        </w:tc>
      </w:tr>
    </w:tbl>
    <w:p w14:paraId="2E27FD09" w14:textId="77777777" w:rsidR="00BA42BE" w:rsidRDefault="00BA42BE">
      <w:pPr>
        <w:spacing w:before="120" w:after="60"/>
      </w:pPr>
    </w:p>
    <w:p w14:paraId="0393E7BA" w14:textId="77777777" w:rsidR="00870698" w:rsidRDefault="00870698">
      <w:pPr>
        <w:spacing w:before="120" w:after="60"/>
      </w:pPr>
    </w:p>
    <w:p w14:paraId="59C7B2D4" w14:textId="5665835B" w:rsidR="00870698" w:rsidRDefault="00BA42BE">
      <w:pPr>
        <w:spacing w:before="120" w:after="60"/>
        <w:rPr>
          <w:b/>
          <w:sz w:val="20"/>
        </w:rPr>
      </w:pPr>
      <w:r>
        <w:rPr>
          <w:b/>
          <w:sz w:val="20"/>
        </w:rPr>
        <w:t>D</w:t>
      </w:r>
      <w:r w:rsidR="00E56EE4">
        <w:rPr>
          <w:b/>
          <w:sz w:val="20"/>
        </w:rPr>
        <w:t>) RELACIÓN CLASIFICADA DE GASTOS JUSTIFICATIVOS</w:t>
      </w:r>
    </w:p>
    <w:p w14:paraId="083EEE93" w14:textId="43740EB8" w:rsidR="00870698" w:rsidRPr="00870698" w:rsidRDefault="00870698" w:rsidP="00870698">
      <w:pPr>
        <w:spacing w:before="120" w:after="60"/>
        <w:rPr>
          <w:lang w:val="es-ES"/>
        </w:rPr>
      </w:pPr>
      <w:r w:rsidRPr="00870698">
        <w:rPr>
          <w:lang w:val="es-ES"/>
        </w:rPr>
        <w:t xml:space="preserve">Nota: el beneficiario debe aportar justificación de los distintos </w:t>
      </w:r>
      <w:r>
        <w:rPr>
          <w:lang w:val="es-ES"/>
        </w:rPr>
        <w:t>gastos</w:t>
      </w:r>
      <w:r w:rsidRPr="00870698">
        <w:rPr>
          <w:lang w:val="es-ES"/>
        </w:rPr>
        <w:t xml:space="preserve"> </w:t>
      </w:r>
      <w:r>
        <w:rPr>
          <w:lang w:val="es-ES"/>
        </w:rPr>
        <w:t>como se establece en las bases de la convocatoria.</w:t>
      </w:r>
    </w:p>
    <w:p w14:paraId="5813BCCD" w14:textId="77777777" w:rsidR="00870698" w:rsidRDefault="00870698">
      <w:pPr>
        <w:spacing w:before="120" w:after="60"/>
      </w:pPr>
    </w:p>
    <w:tbl>
      <w:tblPr>
        <w:tblStyle w:val="Tablaconcuadrcula"/>
        <w:tblW w:w="0" w:type="auto"/>
        <w:jc w:val="center"/>
        <w:tblLook w:val="04A0" w:firstRow="1" w:lastRow="0" w:firstColumn="1" w:lastColumn="0" w:noHBand="0" w:noVBand="1"/>
      </w:tblPr>
      <w:tblGrid>
        <w:gridCol w:w="818"/>
        <w:gridCol w:w="819"/>
        <w:gridCol w:w="818"/>
        <w:gridCol w:w="818"/>
        <w:gridCol w:w="819"/>
        <w:gridCol w:w="819"/>
        <w:gridCol w:w="819"/>
        <w:gridCol w:w="819"/>
        <w:gridCol w:w="818"/>
        <w:gridCol w:w="819"/>
        <w:gridCol w:w="819"/>
        <w:gridCol w:w="819"/>
        <w:gridCol w:w="818"/>
      </w:tblGrid>
      <w:tr w:rsidR="00067C7E" w14:paraId="648AFE6C" w14:textId="77777777">
        <w:trPr>
          <w:jc w:val="center"/>
        </w:trPr>
        <w:tc>
          <w:tcPr>
            <w:tcW w:w="819" w:type="dxa"/>
            <w:shd w:val="clear" w:color="auto" w:fill="D9EAF7"/>
            <w:vAlign w:val="center"/>
          </w:tcPr>
          <w:p w14:paraId="358B0501" w14:textId="77777777" w:rsidR="00067C7E" w:rsidRDefault="00E56EE4">
            <w:pPr>
              <w:jc w:val="center"/>
            </w:pPr>
            <w:r>
              <w:rPr>
                <w:b/>
                <w:sz w:val="9"/>
              </w:rPr>
              <w:t>Nº factura / justificante</w:t>
            </w:r>
          </w:p>
        </w:tc>
        <w:tc>
          <w:tcPr>
            <w:tcW w:w="819" w:type="dxa"/>
            <w:shd w:val="clear" w:color="auto" w:fill="D9EAF7"/>
            <w:vAlign w:val="center"/>
          </w:tcPr>
          <w:p w14:paraId="314BC8A9" w14:textId="77777777" w:rsidR="00067C7E" w:rsidRDefault="00E56EE4">
            <w:pPr>
              <w:jc w:val="center"/>
            </w:pPr>
            <w:r>
              <w:rPr>
                <w:b/>
                <w:sz w:val="9"/>
              </w:rPr>
              <w:t>Proveedor / CIF</w:t>
            </w:r>
          </w:p>
        </w:tc>
        <w:tc>
          <w:tcPr>
            <w:tcW w:w="819" w:type="dxa"/>
            <w:shd w:val="clear" w:color="auto" w:fill="D9EAF7"/>
            <w:vAlign w:val="center"/>
          </w:tcPr>
          <w:p w14:paraId="435DD84E" w14:textId="77777777" w:rsidR="00067C7E" w:rsidRDefault="00E56EE4">
            <w:pPr>
              <w:jc w:val="center"/>
            </w:pPr>
            <w:r>
              <w:rPr>
                <w:b/>
                <w:sz w:val="9"/>
              </w:rPr>
              <w:t>Fecha factura</w:t>
            </w:r>
          </w:p>
        </w:tc>
        <w:tc>
          <w:tcPr>
            <w:tcW w:w="819" w:type="dxa"/>
            <w:shd w:val="clear" w:color="auto" w:fill="D9EAF7"/>
            <w:vAlign w:val="center"/>
          </w:tcPr>
          <w:p w14:paraId="02400B2C" w14:textId="77777777" w:rsidR="00067C7E" w:rsidRDefault="00E56EE4">
            <w:pPr>
              <w:jc w:val="center"/>
            </w:pPr>
            <w:r>
              <w:rPr>
                <w:b/>
                <w:sz w:val="9"/>
              </w:rPr>
              <w:t>Fecha pago</w:t>
            </w:r>
          </w:p>
        </w:tc>
        <w:tc>
          <w:tcPr>
            <w:tcW w:w="819" w:type="dxa"/>
            <w:shd w:val="clear" w:color="auto" w:fill="D9EAF7"/>
            <w:vAlign w:val="center"/>
          </w:tcPr>
          <w:p w14:paraId="6DF93A7F" w14:textId="77777777" w:rsidR="00067C7E" w:rsidRDefault="00E56EE4">
            <w:pPr>
              <w:jc w:val="center"/>
            </w:pPr>
            <w:r>
              <w:rPr>
                <w:b/>
                <w:sz w:val="9"/>
              </w:rPr>
              <w:t>Descripción del gasto</w:t>
            </w:r>
          </w:p>
        </w:tc>
        <w:tc>
          <w:tcPr>
            <w:tcW w:w="819" w:type="dxa"/>
            <w:shd w:val="clear" w:color="auto" w:fill="D9EAF7"/>
            <w:vAlign w:val="center"/>
          </w:tcPr>
          <w:p w14:paraId="0D461E17" w14:textId="783A88AC" w:rsidR="00067C7E" w:rsidRDefault="00E56EE4">
            <w:pPr>
              <w:jc w:val="center"/>
            </w:pPr>
            <w:proofErr w:type="spellStart"/>
            <w:r>
              <w:rPr>
                <w:b/>
                <w:sz w:val="9"/>
              </w:rPr>
              <w:t>Naturaleza</w:t>
            </w:r>
            <w:proofErr w:type="spellEnd"/>
            <w:r>
              <w:rPr>
                <w:b/>
                <w:sz w:val="9"/>
              </w:rPr>
              <w:t xml:space="preserve"> </w:t>
            </w:r>
            <w:r w:rsidR="00BA42BE">
              <w:rPr>
                <w:b/>
                <w:sz w:val="9"/>
              </w:rPr>
              <w:t>(table anterior)</w:t>
            </w:r>
          </w:p>
        </w:tc>
        <w:tc>
          <w:tcPr>
            <w:tcW w:w="819" w:type="dxa"/>
            <w:shd w:val="clear" w:color="auto" w:fill="D9EAF7"/>
            <w:vAlign w:val="center"/>
          </w:tcPr>
          <w:p w14:paraId="55FD1DD0" w14:textId="77777777" w:rsidR="00067C7E" w:rsidRDefault="00E56EE4">
            <w:pPr>
              <w:jc w:val="center"/>
            </w:pPr>
            <w:r>
              <w:rPr>
                <w:b/>
                <w:sz w:val="9"/>
              </w:rPr>
              <w:t>Periodo o fecha de prestación / realización del gasto</w:t>
            </w:r>
          </w:p>
        </w:tc>
        <w:tc>
          <w:tcPr>
            <w:tcW w:w="819" w:type="dxa"/>
            <w:shd w:val="clear" w:color="auto" w:fill="D9EAF7"/>
            <w:vAlign w:val="center"/>
          </w:tcPr>
          <w:p w14:paraId="6A6D9D03" w14:textId="77777777" w:rsidR="00067C7E" w:rsidRDefault="00E56EE4">
            <w:pPr>
              <w:jc w:val="center"/>
            </w:pPr>
            <w:r>
              <w:rPr>
                <w:b/>
                <w:sz w:val="9"/>
              </w:rPr>
              <w:t>Base imponible</w:t>
            </w:r>
          </w:p>
        </w:tc>
        <w:tc>
          <w:tcPr>
            <w:tcW w:w="819" w:type="dxa"/>
            <w:shd w:val="clear" w:color="auto" w:fill="D9EAF7"/>
            <w:vAlign w:val="center"/>
          </w:tcPr>
          <w:p w14:paraId="0A2D5DE0" w14:textId="77777777" w:rsidR="00067C7E" w:rsidRDefault="00E56EE4">
            <w:pPr>
              <w:jc w:val="center"/>
            </w:pPr>
            <w:r>
              <w:rPr>
                <w:b/>
                <w:sz w:val="9"/>
              </w:rPr>
              <w:t>IVA</w:t>
            </w:r>
          </w:p>
        </w:tc>
        <w:tc>
          <w:tcPr>
            <w:tcW w:w="819" w:type="dxa"/>
            <w:shd w:val="clear" w:color="auto" w:fill="D9EAF7"/>
            <w:vAlign w:val="center"/>
          </w:tcPr>
          <w:p w14:paraId="09770F6E" w14:textId="77777777" w:rsidR="00067C7E" w:rsidRDefault="00E56EE4">
            <w:pPr>
              <w:jc w:val="center"/>
            </w:pPr>
            <w:r>
              <w:rPr>
                <w:b/>
                <w:sz w:val="9"/>
              </w:rPr>
              <w:t>Importe total</w:t>
            </w:r>
          </w:p>
        </w:tc>
        <w:tc>
          <w:tcPr>
            <w:tcW w:w="819" w:type="dxa"/>
            <w:shd w:val="clear" w:color="auto" w:fill="D9EAF7"/>
            <w:vAlign w:val="center"/>
          </w:tcPr>
          <w:p w14:paraId="37979327" w14:textId="77777777" w:rsidR="00067C7E" w:rsidRDefault="00E56EE4">
            <w:pPr>
              <w:jc w:val="center"/>
            </w:pPr>
            <w:r>
              <w:rPr>
                <w:b/>
                <w:sz w:val="9"/>
              </w:rPr>
              <w:t>Importe imputado IMAE</w:t>
            </w:r>
          </w:p>
        </w:tc>
        <w:tc>
          <w:tcPr>
            <w:tcW w:w="819" w:type="dxa"/>
            <w:shd w:val="clear" w:color="auto" w:fill="D9EAF7"/>
            <w:vAlign w:val="center"/>
          </w:tcPr>
          <w:p w14:paraId="4CF50EBE" w14:textId="77777777" w:rsidR="00067C7E" w:rsidRDefault="00E56EE4">
            <w:pPr>
              <w:jc w:val="center"/>
            </w:pPr>
            <w:r>
              <w:rPr>
                <w:b/>
                <w:sz w:val="9"/>
              </w:rPr>
              <w:t>% imputado</w:t>
            </w:r>
          </w:p>
        </w:tc>
        <w:tc>
          <w:tcPr>
            <w:tcW w:w="819" w:type="dxa"/>
            <w:shd w:val="clear" w:color="auto" w:fill="D9EAF7"/>
            <w:vAlign w:val="center"/>
          </w:tcPr>
          <w:p w14:paraId="7043651D" w14:textId="77777777" w:rsidR="00067C7E" w:rsidRDefault="00E56EE4">
            <w:pPr>
              <w:jc w:val="center"/>
            </w:pPr>
            <w:r>
              <w:rPr>
                <w:b/>
                <w:sz w:val="9"/>
              </w:rPr>
              <w:t>Forma de pago</w:t>
            </w:r>
          </w:p>
        </w:tc>
      </w:tr>
      <w:tr w:rsidR="00067C7E" w14:paraId="43EAB646" w14:textId="77777777">
        <w:trPr>
          <w:jc w:val="center"/>
        </w:trPr>
        <w:tc>
          <w:tcPr>
            <w:tcW w:w="819" w:type="dxa"/>
            <w:vAlign w:val="center"/>
          </w:tcPr>
          <w:p w14:paraId="434F5CDC" w14:textId="77777777" w:rsidR="00067C7E" w:rsidRDefault="00067C7E"/>
        </w:tc>
        <w:tc>
          <w:tcPr>
            <w:tcW w:w="819" w:type="dxa"/>
            <w:vAlign w:val="center"/>
          </w:tcPr>
          <w:p w14:paraId="56AA45C7" w14:textId="77777777" w:rsidR="00067C7E" w:rsidRDefault="00067C7E"/>
        </w:tc>
        <w:tc>
          <w:tcPr>
            <w:tcW w:w="819" w:type="dxa"/>
            <w:vAlign w:val="center"/>
          </w:tcPr>
          <w:p w14:paraId="5D43C5AC" w14:textId="77777777" w:rsidR="00067C7E" w:rsidRDefault="00067C7E"/>
        </w:tc>
        <w:tc>
          <w:tcPr>
            <w:tcW w:w="819" w:type="dxa"/>
            <w:vAlign w:val="center"/>
          </w:tcPr>
          <w:p w14:paraId="0C034449" w14:textId="77777777" w:rsidR="00067C7E" w:rsidRDefault="00067C7E"/>
        </w:tc>
        <w:tc>
          <w:tcPr>
            <w:tcW w:w="819" w:type="dxa"/>
            <w:vAlign w:val="center"/>
          </w:tcPr>
          <w:p w14:paraId="745F4E1A" w14:textId="77777777" w:rsidR="00067C7E" w:rsidRDefault="00067C7E"/>
        </w:tc>
        <w:tc>
          <w:tcPr>
            <w:tcW w:w="819" w:type="dxa"/>
            <w:vAlign w:val="center"/>
          </w:tcPr>
          <w:p w14:paraId="07443462" w14:textId="77777777" w:rsidR="00067C7E" w:rsidRDefault="00067C7E"/>
        </w:tc>
        <w:tc>
          <w:tcPr>
            <w:tcW w:w="819" w:type="dxa"/>
            <w:vAlign w:val="center"/>
          </w:tcPr>
          <w:p w14:paraId="5E9A4DAB" w14:textId="77777777" w:rsidR="00067C7E" w:rsidRDefault="00067C7E"/>
        </w:tc>
        <w:tc>
          <w:tcPr>
            <w:tcW w:w="819" w:type="dxa"/>
            <w:vAlign w:val="center"/>
          </w:tcPr>
          <w:p w14:paraId="60A2908E" w14:textId="77777777" w:rsidR="00067C7E" w:rsidRDefault="00067C7E"/>
        </w:tc>
        <w:tc>
          <w:tcPr>
            <w:tcW w:w="819" w:type="dxa"/>
            <w:vAlign w:val="center"/>
          </w:tcPr>
          <w:p w14:paraId="579085F4" w14:textId="77777777" w:rsidR="00067C7E" w:rsidRDefault="00067C7E"/>
        </w:tc>
        <w:tc>
          <w:tcPr>
            <w:tcW w:w="819" w:type="dxa"/>
            <w:vAlign w:val="center"/>
          </w:tcPr>
          <w:p w14:paraId="5E6FD0D5" w14:textId="77777777" w:rsidR="00067C7E" w:rsidRDefault="00067C7E"/>
        </w:tc>
        <w:tc>
          <w:tcPr>
            <w:tcW w:w="819" w:type="dxa"/>
            <w:vAlign w:val="center"/>
          </w:tcPr>
          <w:p w14:paraId="02AB6A80" w14:textId="77777777" w:rsidR="00067C7E" w:rsidRDefault="00067C7E"/>
        </w:tc>
        <w:tc>
          <w:tcPr>
            <w:tcW w:w="819" w:type="dxa"/>
            <w:vAlign w:val="center"/>
          </w:tcPr>
          <w:p w14:paraId="0521724A" w14:textId="77777777" w:rsidR="00067C7E" w:rsidRDefault="00067C7E"/>
        </w:tc>
        <w:tc>
          <w:tcPr>
            <w:tcW w:w="819" w:type="dxa"/>
            <w:vAlign w:val="center"/>
          </w:tcPr>
          <w:p w14:paraId="6F2A46CA" w14:textId="77777777" w:rsidR="00067C7E" w:rsidRDefault="00067C7E"/>
        </w:tc>
      </w:tr>
      <w:tr w:rsidR="00067C7E" w14:paraId="15181D54" w14:textId="77777777">
        <w:trPr>
          <w:jc w:val="center"/>
        </w:trPr>
        <w:tc>
          <w:tcPr>
            <w:tcW w:w="819" w:type="dxa"/>
            <w:vAlign w:val="center"/>
          </w:tcPr>
          <w:p w14:paraId="1E5F7293" w14:textId="77777777" w:rsidR="00067C7E" w:rsidRDefault="00067C7E"/>
        </w:tc>
        <w:tc>
          <w:tcPr>
            <w:tcW w:w="819" w:type="dxa"/>
            <w:vAlign w:val="center"/>
          </w:tcPr>
          <w:p w14:paraId="4EBB2E65" w14:textId="77777777" w:rsidR="00067C7E" w:rsidRDefault="00067C7E"/>
        </w:tc>
        <w:tc>
          <w:tcPr>
            <w:tcW w:w="819" w:type="dxa"/>
            <w:vAlign w:val="center"/>
          </w:tcPr>
          <w:p w14:paraId="7DEFACFB" w14:textId="77777777" w:rsidR="00067C7E" w:rsidRDefault="00067C7E"/>
        </w:tc>
        <w:tc>
          <w:tcPr>
            <w:tcW w:w="819" w:type="dxa"/>
            <w:vAlign w:val="center"/>
          </w:tcPr>
          <w:p w14:paraId="6ECC26A5" w14:textId="77777777" w:rsidR="00067C7E" w:rsidRDefault="00067C7E"/>
        </w:tc>
        <w:tc>
          <w:tcPr>
            <w:tcW w:w="819" w:type="dxa"/>
            <w:vAlign w:val="center"/>
          </w:tcPr>
          <w:p w14:paraId="28F385BF" w14:textId="77777777" w:rsidR="00067C7E" w:rsidRDefault="00067C7E"/>
        </w:tc>
        <w:tc>
          <w:tcPr>
            <w:tcW w:w="819" w:type="dxa"/>
            <w:vAlign w:val="center"/>
          </w:tcPr>
          <w:p w14:paraId="215EC954" w14:textId="77777777" w:rsidR="00067C7E" w:rsidRDefault="00067C7E"/>
        </w:tc>
        <w:tc>
          <w:tcPr>
            <w:tcW w:w="819" w:type="dxa"/>
            <w:vAlign w:val="center"/>
          </w:tcPr>
          <w:p w14:paraId="4C5E664B" w14:textId="77777777" w:rsidR="00067C7E" w:rsidRDefault="00067C7E"/>
        </w:tc>
        <w:tc>
          <w:tcPr>
            <w:tcW w:w="819" w:type="dxa"/>
            <w:vAlign w:val="center"/>
          </w:tcPr>
          <w:p w14:paraId="5C872FB9" w14:textId="77777777" w:rsidR="00067C7E" w:rsidRDefault="00067C7E"/>
        </w:tc>
        <w:tc>
          <w:tcPr>
            <w:tcW w:w="819" w:type="dxa"/>
            <w:vAlign w:val="center"/>
          </w:tcPr>
          <w:p w14:paraId="493EBC4D" w14:textId="77777777" w:rsidR="00067C7E" w:rsidRDefault="00067C7E"/>
        </w:tc>
        <w:tc>
          <w:tcPr>
            <w:tcW w:w="819" w:type="dxa"/>
            <w:vAlign w:val="center"/>
          </w:tcPr>
          <w:p w14:paraId="06CAA5A0" w14:textId="77777777" w:rsidR="00067C7E" w:rsidRDefault="00067C7E"/>
        </w:tc>
        <w:tc>
          <w:tcPr>
            <w:tcW w:w="819" w:type="dxa"/>
            <w:vAlign w:val="center"/>
          </w:tcPr>
          <w:p w14:paraId="2740A1D3" w14:textId="77777777" w:rsidR="00067C7E" w:rsidRDefault="00067C7E"/>
        </w:tc>
        <w:tc>
          <w:tcPr>
            <w:tcW w:w="819" w:type="dxa"/>
            <w:vAlign w:val="center"/>
          </w:tcPr>
          <w:p w14:paraId="758CE60E" w14:textId="77777777" w:rsidR="00067C7E" w:rsidRDefault="00067C7E"/>
        </w:tc>
        <w:tc>
          <w:tcPr>
            <w:tcW w:w="819" w:type="dxa"/>
            <w:vAlign w:val="center"/>
          </w:tcPr>
          <w:p w14:paraId="39628F16" w14:textId="77777777" w:rsidR="00067C7E" w:rsidRDefault="00067C7E"/>
        </w:tc>
      </w:tr>
      <w:tr w:rsidR="00067C7E" w14:paraId="7DEED9AA" w14:textId="77777777">
        <w:trPr>
          <w:jc w:val="center"/>
        </w:trPr>
        <w:tc>
          <w:tcPr>
            <w:tcW w:w="819" w:type="dxa"/>
            <w:vAlign w:val="center"/>
          </w:tcPr>
          <w:p w14:paraId="5929ED4A" w14:textId="77777777" w:rsidR="00067C7E" w:rsidRDefault="00067C7E"/>
        </w:tc>
        <w:tc>
          <w:tcPr>
            <w:tcW w:w="819" w:type="dxa"/>
            <w:vAlign w:val="center"/>
          </w:tcPr>
          <w:p w14:paraId="38811E8D" w14:textId="77777777" w:rsidR="00067C7E" w:rsidRDefault="00067C7E"/>
        </w:tc>
        <w:tc>
          <w:tcPr>
            <w:tcW w:w="819" w:type="dxa"/>
            <w:vAlign w:val="center"/>
          </w:tcPr>
          <w:p w14:paraId="4C7DEBED" w14:textId="77777777" w:rsidR="00067C7E" w:rsidRDefault="00067C7E"/>
        </w:tc>
        <w:tc>
          <w:tcPr>
            <w:tcW w:w="819" w:type="dxa"/>
            <w:vAlign w:val="center"/>
          </w:tcPr>
          <w:p w14:paraId="15D0C1BC" w14:textId="77777777" w:rsidR="00067C7E" w:rsidRDefault="00067C7E"/>
        </w:tc>
        <w:tc>
          <w:tcPr>
            <w:tcW w:w="819" w:type="dxa"/>
            <w:vAlign w:val="center"/>
          </w:tcPr>
          <w:p w14:paraId="04A50C96" w14:textId="77777777" w:rsidR="00067C7E" w:rsidRDefault="00067C7E"/>
        </w:tc>
        <w:tc>
          <w:tcPr>
            <w:tcW w:w="819" w:type="dxa"/>
            <w:vAlign w:val="center"/>
          </w:tcPr>
          <w:p w14:paraId="4AE08E50" w14:textId="77777777" w:rsidR="00067C7E" w:rsidRDefault="00067C7E"/>
        </w:tc>
        <w:tc>
          <w:tcPr>
            <w:tcW w:w="819" w:type="dxa"/>
            <w:vAlign w:val="center"/>
          </w:tcPr>
          <w:p w14:paraId="23C07944" w14:textId="77777777" w:rsidR="00067C7E" w:rsidRDefault="00067C7E"/>
        </w:tc>
        <w:tc>
          <w:tcPr>
            <w:tcW w:w="819" w:type="dxa"/>
            <w:vAlign w:val="center"/>
          </w:tcPr>
          <w:p w14:paraId="29F8F641" w14:textId="77777777" w:rsidR="00067C7E" w:rsidRDefault="00067C7E"/>
        </w:tc>
        <w:tc>
          <w:tcPr>
            <w:tcW w:w="819" w:type="dxa"/>
            <w:vAlign w:val="center"/>
          </w:tcPr>
          <w:p w14:paraId="4F0BD934" w14:textId="77777777" w:rsidR="00067C7E" w:rsidRDefault="00067C7E"/>
        </w:tc>
        <w:tc>
          <w:tcPr>
            <w:tcW w:w="819" w:type="dxa"/>
            <w:vAlign w:val="center"/>
          </w:tcPr>
          <w:p w14:paraId="14988592" w14:textId="77777777" w:rsidR="00067C7E" w:rsidRDefault="00067C7E"/>
        </w:tc>
        <w:tc>
          <w:tcPr>
            <w:tcW w:w="819" w:type="dxa"/>
            <w:vAlign w:val="center"/>
          </w:tcPr>
          <w:p w14:paraId="3A48F82C" w14:textId="77777777" w:rsidR="00067C7E" w:rsidRDefault="00067C7E"/>
        </w:tc>
        <w:tc>
          <w:tcPr>
            <w:tcW w:w="819" w:type="dxa"/>
            <w:vAlign w:val="center"/>
          </w:tcPr>
          <w:p w14:paraId="1C658A6D" w14:textId="77777777" w:rsidR="00067C7E" w:rsidRDefault="00067C7E"/>
        </w:tc>
        <w:tc>
          <w:tcPr>
            <w:tcW w:w="819" w:type="dxa"/>
            <w:vAlign w:val="center"/>
          </w:tcPr>
          <w:p w14:paraId="7E7C3449" w14:textId="77777777" w:rsidR="00067C7E" w:rsidRDefault="00067C7E"/>
        </w:tc>
      </w:tr>
      <w:tr w:rsidR="00067C7E" w14:paraId="609F00BA" w14:textId="77777777">
        <w:trPr>
          <w:jc w:val="center"/>
        </w:trPr>
        <w:tc>
          <w:tcPr>
            <w:tcW w:w="819" w:type="dxa"/>
            <w:vAlign w:val="center"/>
          </w:tcPr>
          <w:p w14:paraId="4F21466B" w14:textId="77777777" w:rsidR="00067C7E" w:rsidRDefault="00067C7E"/>
        </w:tc>
        <w:tc>
          <w:tcPr>
            <w:tcW w:w="819" w:type="dxa"/>
            <w:vAlign w:val="center"/>
          </w:tcPr>
          <w:p w14:paraId="4A9753DB" w14:textId="77777777" w:rsidR="00067C7E" w:rsidRDefault="00067C7E"/>
        </w:tc>
        <w:tc>
          <w:tcPr>
            <w:tcW w:w="819" w:type="dxa"/>
            <w:vAlign w:val="center"/>
          </w:tcPr>
          <w:p w14:paraId="2A78E25C" w14:textId="77777777" w:rsidR="00067C7E" w:rsidRDefault="00067C7E"/>
        </w:tc>
        <w:tc>
          <w:tcPr>
            <w:tcW w:w="819" w:type="dxa"/>
            <w:vAlign w:val="center"/>
          </w:tcPr>
          <w:p w14:paraId="7A90A92D" w14:textId="77777777" w:rsidR="00067C7E" w:rsidRDefault="00067C7E"/>
        </w:tc>
        <w:tc>
          <w:tcPr>
            <w:tcW w:w="819" w:type="dxa"/>
            <w:vAlign w:val="center"/>
          </w:tcPr>
          <w:p w14:paraId="1AB727AC" w14:textId="77777777" w:rsidR="00067C7E" w:rsidRDefault="00067C7E"/>
        </w:tc>
        <w:tc>
          <w:tcPr>
            <w:tcW w:w="819" w:type="dxa"/>
            <w:vAlign w:val="center"/>
          </w:tcPr>
          <w:p w14:paraId="7F79C2EE" w14:textId="77777777" w:rsidR="00067C7E" w:rsidRDefault="00067C7E"/>
        </w:tc>
        <w:tc>
          <w:tcPr>
            <w:tcW w:w="819" w:type="dxa"/>
            <w:vAlign w:val="center"/>
          </w:tcPr>
          <w:p w14:paraId="7D380F4E" w14:textId="77777777" w:rsidR="00067C7E" w:rsidRDefault="00067C7E"/>
        </w:tc>
        <w:tc>
          <w:tcPr>
            <w:tcW w:w="819" w:type="dxa"/>
            <w:vAlign w:val="center"/>
          </w:tcPr>
          <w:p w14:paraId="6AB0246F" w14:textId="77777777" w:rsidR="00067C7E" w:rsidRDefault="00067C7E"/>
        </w:tc>
        <w:tc>
          <w:tcPr>
            <w:tcW w:w="819" w:type="dxa"/>
            <w:vAlign w:val="center"/>
          </w:tcPr>
          <w:p w14:paraId="0272B555" w14:textId="77777777" w:rsidR="00067C7E" w:rsidRDefault="00067C7E"/>
        </w:tc>
        <w:tc>
          <w:tcPr>
            <w:tcW w:w="819" w:type="dxa"/>
            <w:vAlign w:val="center"/>
          </w:tcPr>
          <w:p w14:paraId="05A32CCA" w14:textId="77777777" w:rsidR="00067C7E" w:rsidRDefault="00067C7E"/>
        </w:tc>
        <w:tc>
          <w:tcPr>
            <w:tcW w:w="819" w:type="dxa"/>
            <w:vAlign w:val="center"/>
          </w:tcPr>
          <w:p w14:paraId="5FF9E99F" w14:textId="77777777" w:rsidR="00067C7E" w:rsidRDefault="00067C7E"/>
        </w:tc>
        <w:tc>
          <w:tcPr>
            <w:tcW w:w="819" w:type="dxa"/>
            <w:vAlign w:val="center"/>
          </w:tcPr>
          <w:p w14:paraId="118457FD" w14:textId="77777777" w:rsidR="00067C7E" w:rsidRDefault="00067C7E"/>
        </w:tc>
        <w:tc>
          <w:tcPr>
            <w:tcW w:w="819" w:type="dxa"/>
            <w:vAlign w:val="center"/>
          </w:tcPr>
          <w:p w14:paraId="1D304A4C" w14:textId="77777777" w:rsidR="00067C7E" w:rsidRDefault="00067C7E"/>
        </w:tc>
      </w:tr>
      <w:tr w:rsidR="00067C7E" w14:paraId="08171161" w14:textId="77777777">
        <w:trPr>
          <w:jc w:val="center"/>
        </w:trPr>
        <w:tc>
          <w:tcPr>
            <w:tcW w:w="819" w:type="dxa"/>
            <w:vAlign w:val="center"/>
          </w:tcPr>
          <w:p w14:paraId="4EEBC579" w14:textId="77777777" w:rsidR="00067C7E" w:rsidRDefault="00067C7E"/>
        </w:tc>
        <w:tc>
          <w:tcPr>
            <w:tcW w:w="819" w:type="dxa"/>
            <w:vAlign w:val="center"/>
          </w:tcPr>
          <w:p w14:paraId="46038DFF" w14:textId="77777777" w:rsidR="00067C7E" w:rsidRDefault="00067C7E"/>
        </w:tc>
        <w:tc>
          <w:tcPr>
            <w:tcW w:w="819" w:type="dxa"/>
            <w:vAlign w:val="center"/>
          </w:tcPr>
          <w:p w14:paraId="116B3DB7" w14:textId="77777777" w:rsidR="00067C7E" w:rsidRDefault="00067C7E"/>
        </w:tc>
        <w:tc>
          <w:tcPr>
            <w:tcW w:w="819" w:type="dxa"/>
            <w:vAlign w:val="center"/>
          </w:tcPr>
          <w:p w14:paraId="5A2B534C" w14:textId="77777777" w:rsidR="00067C7E" w:rsidRDefault="00067C7E"/>
        </w:tc>
        <w:tc>
          <w:tcPr>
            <w:tcW w:w="819" w:type="dxa"/>
            <w:vAlign w:val="center"/>
          </w:tcPr>
          <w:p w14:paraId="4B275ED4" w14:textId="77777777" w:rsidR="00067C7E" w:rsidRDefault="00067C7E"/>
        </w:tc>
        <w:tc>
          <w:tcPr>
            <w:tcW w:w="819" w:type="dxa"/>
            <w:vAlign w:val="center"/>
          </w:tcPr>
          <w:p w14:paraId="406DCB26" w14:textId="77777777" w:rsidR="00067C7E" w:rsidRDefault="00067C7E"/>
        </w:tc>
        <w:tc>
          <w:tcPr>
            <w:tcW w:w="819" w:type="dxa"/>
            <w:vAlign w:val="center"/>
          </w:tcPr>
          <w:p w14:paraId="4F174C5E" w14:textId="77777777" w:rsidR="00067C7E" w:rsidRDefault="00067C7E"/>
        </w:tc>
        <w:tc>
          <w:tcPr>
            <w:tcW w:w="819" w:type="dxa"/>
            <w:vAlign w:val="center"/>
          </w:tcPr>
          <w:p w14:paraId="4BD98AA3" w14:textId="77777777" w:rsidR="00067C7E" w:rsidRDefault="00067C7E"/>
        </w:tc>
        <w:tc>
          <w:tcPr>
            <w:tcW w:w="819" w:type="dxa"/>
            <w:vAlign w:val="center"/>
          </w:tcPr>
          <w:p w14:paraId="73A87CE8" w14:textId="77777777" w:rsidR="00067C7E" w:rsidRDefault="00067C7E"/>
        </w:tc>
        <w:tc>
          <w:tcPr>
            <w:tcW w:w="819" w:type="dxa"/>
            <w:vAlign w:val="center"/>
          </w:tcPr>
          <w:p w14:paraId="21CCCD7D" w14:textId="77777777" w:rsidR="00067C7E" w:rsidRDefault="00067C7E"/>
        </w:tc>
        <w:tc>
          <w:tcPr>
            <w:tcW w:w="819" w:type="dxa"/>
            <w:vAlign w:val="center"/>
          </w:tcPr>
          <w:p w14:paraId="48F3FBF7" w14:textId="77777777" w:rsidR="00067C7E" w:rsidRDefault="00067C7E"/>
        </w:tc>
        <w:tc>
          <w:tcPr>
            <w:tcW w:w="819" w:type="dxa"/>
            <w:vAlign w:val="center"/>
          </w:tcPr>
          <w:p w14:paraId="53161E7A" w14:textId="77777777" w:rsidR="00067C7E" w:rsidRDefault="00067C7E"/>
        </w:tc>
        <w:tc>
          <w:tcPr>
            <w:tcW w:w="819" w:type="dxa"/>
            <w:vAlign w:val="center"/>
          </w:tcPr>
          <w:p w14:paraId="129C0FCE" w14:textId="77777777" w:rsidR="00067C7E" w:rsidRDefault="00067C7E"/>
        </w:tc>
      </w:tr>
      <w:tr w:rsidR="00067C7E" w14:paraId="1C5A56EA" w14:textId="77777777">
        <w:trPr>
          <w:jc w:val="center"/>
        </w:trPr>
        <w:tc>
          <w:tcPr>
            <w:tcW w:w="819" w:type="dxa"/>
            <w:vAlign w:val="center"/>
          </w:tcPr>
          <w:p w14:paraId="78026AE9" w14:textId="77777777" w:rsidR="00067C7E" w:rsidRDefault="00067C7E"/>
        </w:tc>
        <w:tc>
          <w:tcPr>
            <w:tcW w:w="819" w:type="dxa"/>
            <w:vAlign w:val="center"/>
          </w:tcPr>
          <w:p w14:paraId="0FCC6116" w14:textId="77777777" w:rsidR="00067C7E" w:rsidRDefault="00067C7E"/>
        </w:tc>
        <w:tc>
          <w:tcPr>
            <w:tcW w:w="819" w:type="dxa"/>
            <w:vAlign w:val="center"/>
          </w:tcPr>
          <w:p w14:paraId="2EB546F6" w14:textId="77777777" w:rsidR="00067C7E" w:rsidRDefault="00067C7E"/>
        </w:tc>
        <w:tc>
          <w:tcPr>
            <w:tcW w:w="819" w:type="dxa"/>
            <w:vAlign w:val="center"/>
          </w:tcPr>
          <w:p w14:paraId="7B700728" w14:textId="77777777" w:rsidR="00067C7E" w:rsidRDefault="00067C7E"/>
        </w:tc>
        <w:tc>
          <w:tcPr>
            <w:tcW w:w="819" w:type="dxa"/>
            <w:vAlign w:val="center"/>
          </w:tcPr>
          <w:p w14:paraId="13CF87CA" w14:textId="77777777" w:rsidR="00067C7E" w:rsidRDefault="00067C7E"/>
        </w:tc>
        <w:tc>
          <w:tcPr>
            <w:tcW w:w="819" w:type="dxa"/>
            <w:vAlign w:val="center"/>
          </w:tcPr>
          <w:p w14:paraId="1B990669" w14:textId="77777777" w:rsidR="00067C7E" w:rsidRDefault="00067C7E"/>
        </w:tc>
        <w:tc>
          <w:tcPr>
            <w:tcW w:w="819" w:type="dxa"/>
            <w:vAlign w:val="center"/>
          </w:tcPr>
          <w:p w14:paraId="58979C32" w14:textId="77777777" w:rsidR="00067C7E" w:rsidRDefault="00067C7E"/>
        </w:tc>
        <w:tc>
          <w:tcPr>
            <w:tcW w:w="819" w:type="dxa"/>
            <w:vAlign w:val="center"/>
          </w:tcPr>
          <w:p w14:paraId="4B5010E4" w14:textId="77777777" w:rsidR="00067C7E" w:rsidRDefault="00067C7E"/>
        </w:tc>
        <w:tc>
          <w:tcPr>
            <w:tcW w:w="819" w:type="dxa"/>
            <w:vAlign w:val="center"/>
          </w:tcPr>
          <w:p w14:paraId="59A4D5CA" w14:textId="77777777" w:rsidR="00067C7E" w:rsidRDefault="00067C7E"/>
        </w:tc>
        <w:tc>
          <w:tcPr>
            <w:tcW w:w="819" w:type="dxa"/>
            <w:vAlign w:val="center"/>
          </w:tcPr>
          <w:p w14:paraId="23AA93DB" w14:textId="77777777" w:rsidR="00067C7E" w:rsidRDefault="00067C7E"/>
        </w:tc>
        <w:tc>
          <w:tcPr>
            <w:tcW w:w="819" w:type="dxa"/>
            <w:vAlign w:val="center"/>
          </w:tcPr>
          <w:p w14:paraId="61F6FA7E" w14:textId="77777777" w:rsidR="00067C7E" w:rsidRDefault="00067C7E"/>
        </w:tc>
        <w:tc>
          <w:tcPr>
            <w:tcW w:w="819" w:type="dxa"/>
            <w:vAlign w:val="center"/>
          </w:tcPr>
          <w:p w14:paraId="5AF4ADFB" w14:textId="77777777" w:rsidR="00067C7E" w:rsidRDefault="00067C7E"/>
        </w:tc>
        <w:tc>
          <w:tcPr>
            <w:tcW w:w="819" w:type="dxa"/>
            <w:vAlign w:val="center"/>
          </w:tcPr>
          <w:p w14:paraId="77C359D6" w14:textId="77777777" w:rsidR="00067C7E" w:rsidRDefault="00067C7E"/>
        </w:tc>
      </w:tr>
      <w:tr w:rsidR="00067C7E" w14:paraId="1414486C" w14:textId="77777777">
        <w:trPr>
          <w:jc w:val="center"/>
        </w:trPr>
        <w:tc>
          <w:tcPr>
            <w:tcW w:w="819" w:type="dxa"/>
            <w:vAlign w:val="center"/>
          </w:tcPr>
          <w:p w14:paraId="50C4FF56" w14:textId="77777777" w:rsidR="00067C7E" w:rsidRDefault="00067C7E"/>
        </w:tc>
        <w:tc>
          <w:tcPr>
            <w:tcW w:w="819" w:type="dxa"/>
            <w:vAlign w:val="center"/>
          </w:tcPr>
          <w:p w14:paraId="30846627" w14:textId="77777777" w:rsidR="00067C7E" w:rsidRDefault="00067C7E"/>
        </w:tc>
        <w:tc>
          <w:tcPr>
            <w:tcW w:w="819" w:type="dxa"/>
            <w:vAlign w:val="center"/>
          </w:tcPr>
          <w:p w14:paraId="624FACD3" w14:textId="77777777" w:rsidR="00067C7E" w:rsidRDefault="00067C7E"/>
        </w:tc>
        <w:tc>
          <w:tcPr>
            <w:tcW w:w="819" w:type="dxa"/>
            <w:vAlign w:val="center"/>
          </w:tcPr>
          <w:p w14:paraId="25A5FF82" w14:textId="77777777" w:rsidR="00067C7E" w:rsidRDefault="00067C7E"/>
        </w:tc>
        <w:tc>
          <w:tcPr>
            <w:tcW w:w="819" w:type="dxa"/>
            <w:vAlign w:val="center"/>
          </w:tcPr>
          <w:p w14:paraId="6C47E46F" w14:textId="77777777" w:rsidR="00067C7E" w:rsidRDefault="00067C7E"/>
        </w:tc>
        <w:tc>
          <w:tcPr>
            <w:tcW w:w="819" w:type="dxa"/>
            <w:vAlign w:val="center"/>
          </w:tcPr>
          <w:p w14:paraId="1D1357BC" w14:textId="77777777" w:rsidR="00067C7E" w:rsidRDefault="00067C7E"/>
        </w:tc>
        <w:tc>
          <w:tcPr>
            <w:tcW w:w="819" w:type="dxa"/>
            <w:vAlign w:val="center"/>
          </w:tcPr>
          <w:p w14:paraId="0A197FDF" w14:textId="77777777" w:rsidR="00067C7E" w:rsidRDefault="00067C7E"/>
        </w:tc>
        <w:tc>
          <w:tcPr>
            <w:tcW w:w="819" w:type="dxa"/>
            <w:vAlign w:val="center"/>
          </w:tcPr>
          <w:p w14:paraId="0F4B46D0" w14:textId="77777777" w:rsidR="00067C7E" w:rsidRDefault="00067C7E"/>
        </w:tc>
        <w:tc>
          <w:tcPr>
            <w:tcW w:w="819" w:type="dxa"/>
            <w:vAlign w:val="center"/>
          </w:tcPr>
          <w:p w14:paraId="55E840E6" w14:textId="77777777" w:rsidR="00067C7E" w:rsidRDefault="00067C7E"/>
        </w:tc>
        <w:tc>
          <w:tcPr>
            <w:tcW w:w="819" w:type="dxa"/>
            <w:vAlign w:val="center"/>
          </w:tcPr>
          <w:p w14:paraId="4A0E9F41" w14:textId="77777777" w:rsidR="00067C7E" w:rsidRDefault="00067C7E"/>
        </w:tc>
        <w:tc>
          <w:tcPr>
            <w:tcW w:w="819" w:type="dxa"/>
            <w:vAlign w:val="center"/>
          </w:tcPr>
          <w:p w14:paraId="2E006970" w14:textId="77777777" w:rsidR="00067C7E" w:rsidRDefault="00067C7E"/>
        </w:tc>
        <w:tc>
          <w:tcPr>
            <w:tcW w:w="819" w:type="dxa"/>
            <w:vAlign w:val="center"/>
          </w:tcPr>
          <w:p w14:paraId="60D9CBF2" w14:textId="77777777" w:rsidR="00067C7E" w:rsidRDefault="00067C7E"/>
        </w:tc>
        <w:tc>
          <w:tcPr>
            <w:tcW w:w="819" w:type="dxa"/>
            <w:vAlign w:val="center"/>
          </w:tcPr>
          <w:p w14:paraId="1E71F016" w14:textId="77777777" w:rsidR="00067C7E" w:rsidRDefault="00067C7E"/>
        </w:tc>
      </w:tr>
      <w:tr w:rsidR="00067C7E" w14:paraId="197764DB" w14:textId="77777777">
        <w:trPr>
          <w:jc w:val="center"/>
        </w:trPr>
        <w:tc>
          <w:tcPr>
            <w:tcW w:w="819" w:type="dxa"/>
            <w:vAlign w:val="center"/>
          </w:tcPr>
          <w:p w14:paraId="692B1533" w14:textId="77777777" w:rsidR="00067C7E" w:rsidRDefault="00067C7E"/>
        </w:tc>
        <w:tc>
          <w:tcPr>
            <w:tcW w:w="819" w:type="dxa"/>
            <w:vAlign w:val="center"/>
          </w:tcPr>
          <w:p w14:paraId="34D927AF" w14:textId="77777777" w:rsidR="00067C7E" w:rsidRDefault="00067C7E"/>
        </w:tc>
        <w:tc>
          <w:tcPr>
            <w:tcW w:w="819" w:type="dxa"/>
            <w:vAlign w:val="center"/>
          </w:tcPr>
          <w:p w14:paraId="09D43C78" w14:textId="77777777" w:rsidR="00067C7E" w:rsidRDefault="00067C7E"/>
        </w:tc>
        <w:tc>
          <w:tcPr>
            <w:tcW w:w="819" w:type="dxa"/>
            <w:vAlign w:val="center"/>
          </w:tcPr>
          <w:p w14:paraId="2E207D8B" w14:textId="77777777" w:rsidR="00067C7E" w:rsidRDefault="00067C7E"/>
        </w:tc>
        <w:tc>
          <w:tcPr>
            <w:tcW w:w="819" w:type="dxa"/>
            <w:vAlign w:val="center"/>
          </w:tcPr>
          <w:p w14:paraId="2F7D0EF2" w14:textId="77777777" w:rsidR="00067C7E" w:rsidRDefault="00067C7E"/>
        </w:tc>
        <w:tc>
          <w:tcPr>
            <w:tcW w:w="819" w:type="dxa"/>
            <w:vAlign w:val="center"/>
          </w:tcPr>
          <w:p w14:paraId="6BB31E65" w14:textId="77777777" w:rsidR="00067C7E" w:rsidRDefault="00067C7E"/>
        </w:tc>
        <w:tc>
          <w:tcPr>
            <w:tcW w:w="819" w:type="dxa"/>
            <w:vAlign w:val="center"/>
          </w:tcPr>
          <w:p w14:paraId="51A209A4" w14:textId="77777777" w:rsidR="00067C7E" w:rsidRDefault="00067C7E"/>
        </w:tc>
        <w:tc>
          <w:tcPr>
            <w:tcW w:w="819" w:type="dxa"/>
            <w:vAlign w:val="center"/>
          </w:tcPr>
          <w:p w14:paraId="5058C9A5" w14:textId="77777777" w:rsidR="00067C7E" w:rsidRDefault="00067C7E"/>
        </w:tc>
        <w:tc>
          <w:tcPr>
            <w:tcW w:w="819" w:type="dxa"/>
            <w:vAlign w:val="center"/>
          </w:tcPr>
          <w:p w14:paraId="793C9C73" w14:textId="77777777" w:rsidR="00067C7E" w:rsidRDefault="00067C7E"/>
        </w:tc>
        <w:tc>
          <w:tcPr>
            <w:tcW w:w="819" w:type="dxa"/>
            <w:vAlign w:val="center"/>
          </w:tcPr>
          <w:p w14:paraId="254ADBFE" w14:textId="77777777" w:rsidR="00067C7E" w:rsidRDefault="00067C7E"/>
        </w:tc>
        <w:tc>
          <w:tcPr>
            <w:tcW w:w="819" w:type="dxa"/>
            <w:vAlign w:val="center"/>
          </w:tcPr>
          <w:p w14:paraId="43E66E9F" w14:textId="77777777" w:rsidR="00067C7E" w:rsidRDefault="00067C7E"/>
        </w:tc>
        <w:tc>
          <w:tcPr>
            <w:tcW w:w="819" w:type="dxa"/>
            <w:vAlign w:val="center"/>
          </w:tcPr>
          <w:p w14:paraId="7A2EB14F" w14:textId="77777777" w:rsidR="00067C7E" w:rsidRDefault="00067C7E"/>
        </w:tc>
        <w:tc>
          <w:tcPr>
            <w:tcW w:w="819" w:type="dxa"/>
            <w:vAlign w:val="center"/>
          </w:tcPr>
          <w:p w14:paraId="6C5524F3" w14:textId="77777777" w:rsidR="00067C7E" w:rsidRDefault="00067C7E"/>
        </w:tc>
      </w:tr>
      <w:tr w:rsidR="00067C7E" w14:paraId="4DC27095" w14:textId="77777777">
        <w:trPr>
          <w:jc w:val="center"/>
        </w:trPr>
        <w:tc>
          <w:tcPr>
            <w:tcW w:w="819" w:type="dxa"/>
            <w:vAlign w:val="center"/>
          </w:tcPr>
          <w:p w14:paraId="1464F2AA" w14:textId="77777777" w:rsidR="00067C7E" w:rsidRDefault="00067C7E"/>
        </w:tc>
        <w:tc>
          <w:tcPr>
            <w:tcW w:w="819" w:type="dxa"/>
            <w:vAlign w:val="center"/>
          </w:tcPr>
          <w:p w14:paraId="7FBE13B5" w14:textId="77777777" w:rsidR="00067C7E" w:rsidRDefault="00067C7E"/>
        </w:tc>
        <w:tc>
          <w:tcPr>
            <w:tcW w:w="819" w:type="dxa"/>
            <w:vAlign w:val="center"/>
          </w:tcPr>
          <w:p w14:paraId="3A07108C" w14:textId="77777777" w:rsidR="00067C7E" w:rsidRDefault="00067C7E"/>
        </w:tc>
        <w:tc>
          <w:tcPr>
            <w:tcW w:w="819" w:type="dxa"/>
            <w:vAlign w:val="center"/>
          </w:tcPr>
          <w:p w14:paraId="3C12A633" w14:textId="77777777" w:rsidR="00067C7E" w:rsidRDefault="00067C7E"/>
        </w:tc>
        <w:tc>
          <w:tcPr>
            <w:tcW w:w="819" w:type="dxa"/>
            <w:vAlign w:val="center"/>
          </w:tcPr>
          <w:p w14:paraId="327EB61D" w14:textId="77777777" w:rsidR="00067C7E" w:rsidRDefault="00067C7E"/>
        </w:tc>
        <w:tc>
          <w:tcPr>
            <w:tcW w:w="819" w:type="dxa"/>
            <w:vAlign w:val="center"/>
          </w:tcPr>
          <w:p w14:paraId="421D4A3B" w14:textId="77777777" w:rsidR="00067C7E" w:rsidRDefault="00067C7E"/>
        </w:tc>
        <w:tc>
          <w:tcPr>
            <w:tcW w:w="819" w:type="dxa"/>
            <w:vAlign w:val="center"/>
          </w:tcPr>
          <w:p w14:paraId="78B58F26" w14:textId="77777777" w:rsidR="00067C7E" w:rsidRDefault="00067C7E"/>
        </w:tc>
        <w:tc>
          <w:tcPr>
            <w:tcW w:w="819" w:type="dxa"/>
            <w:vAlign w:val="center"/>
          </w:tcPr>
          <w:p w14:paraId="68419D36" w14:textId="77777777" w:rsidR="00067C7E" w:rsidRDefault="00067C7E"/>
        </w:tc>
        <w:tc>
          <w:tcPr>
            <w:tcW w:w="819" w:type="dxa"/>
            <w:vAlign w:val="center"/>
          </w:tcPr>
          <w:p w14:paraId="38391CED" w14:textId="77777777" w:rsidR="00067C7E" w:rsidRDefault="00067C7E"/>
        </w:tc>
        <w:tc>
          <w:tcPr>
            <w:tcW w:w="819" w:type="dxa"/>
            <w:vAlign w:val="center"/>
          </w:tcPr>
          <w:p w14:paraId="021770B1" w14:textId="77777777" w:rsidR="00067C7E" w:rsidRDefault="00067C7E"/>
        </w:tc>
        <w:tc>
          <w:tcPr>
            <w:tcW w:w="819" w:type="dxa"/>
            <w:vAlign w:val="center"/>
          </w:tcPr>
          <w:p w14:paraId="584AD971" w14:textId="77777777" w:rsidR="00067C7E" w:rsidRDefault="00067C7E"/>
        </w:tc>
        <w:tc>
          <w:tcPr>
            <w:tcW w:w="819" w:type="dxa"/>
            <w:vAlign w:val="center"/>
          </w:tcPr>
          <w:p w14:paraId="4A84A529" w14:textId="77777777" w:rsidR="00067C7E" w:rsidRDefault="00067C7E"/>
        </w:tc>
        <w:tc>
          <w:tcPr>
            <w:tcW w:w="819" w:type="dxa"/>
            <w:vAlign w:val="center"/>
          </w:tcPr>
          <w:p w14:paraId="5DC0EFF5" w14:textId="77777777" w:rsidR="00067C7E" w:rsidRDefault="00067C7E"/>
        </w:tc>
      </w:tr>
      <w:tr w:rsidR="00067C7E" w14:paraId="57AA151C" w14:textId="77777777">
        <w:trPr>
          <w:jc w:val="center"/>
        </w:trPr>
        <w:tc>
          <w:tcPr>
            <w:tcW w:w="819" w:type="dxa"/>
            <w:vAlign w:val="center"/>
          </w:tcPr>
          <w:p w14:paraId="3765D128" w14:textId="77777777" w:rsidR="00067C7E" w:rsidRDefault="00067C7E"/>
        </w:tc>
        <w:tc>
          <w:tcPr>
            <w:tcW w:w="819" w:type="dxa"/>
            <w:vAlign w:val="center"/>
          </w:tcPr>
          <w:p w14:paraId="5815BAE1" w14:textId="77777777" w:rsidR="00067C7E" w:rsidRDefault="00067C7E"/>
        </w:tc>
        <w:tc>
          <w:tcPr>
            <w:tcW w:w="819" w:type="dxa"/>
            <w:vAlign w:val="center"/>
          </w:tcPr>
          <w:p w14:paraId="54AF314A" w14:textId="77777777" w:rsidR="00067C7E" w:rsidRDefault="00067C7E"/>
        </w:tc>
        <w:tc>
          <w:tcPr>
            <w:tcW w:w="819" w:type="dxa"/>
            <w:vAlign w:val="center"/>
          </w:tcPr>
          <w:p w14:paraId="6002BEC5" w14:textId="77777777" w:rsidR="00067C7E" w:rsidRDefault="00067C7E"/>
        </w:tc>
        <w:tc>
          <w:tcPr>
            <w:tcW w:w="819" w:type="dxa"/>
            <w:vAlign w:val="center"/>
          </w:tcPr>
          <w:p w14:paraId="645D7211" w14:textId="77777777" w:rsidR="00067C7E" w:rsidRDefault="00067C7E"/>
        </w:tc>
        <w:tc>
          <w:tcPr>
            <w:tcW w:w="819" w:type="dxa"/>
            <w:vAlign w:val="center"/>
          </w:tcPr>
          <w:p w14:paraId="6FEDE298" w14:textId="77777777" w:rsidR="00067C7E" w:rsidRDefault="00067C7E"/>
        </w:tc>
        <w:tc>
          <w:tcPr>
            <w:tcW w:w="819" w:type="dxa"/>
            <w:vAlign w:val="center"/>
          </w:tcPr>
          <w:p w14:paraId="141ADB0E" w14:textId="77777777" w:rsidR="00067C7E" w:rsidRDefault="00067C7E"/>
        </w:tc>
        <w:tc>
          <w:tcPr>
            <w:tcW w:w="819" w:type="dxa"/>
            <w:vAlign w:val="center"/>
          </w:tcPr>
          <w:p w14:paraId="6552690C" w14:textId="77777777" w:rsidR="00067C7E" w:rsidRDefault="00067C7E"/>
        </w:tc>
        <w:tc>
          <w:tcPr>
            <w:tcW w:w="819" w:type="dxa"/>
            <w:vAlign w:val="center"/>
          </w:tcPr>
          <w:p w14:paraId="2594DDB5" w14:textId="77777777" w:rsidR="00067C7E" w:rsidRDefault="00067C7E"/>
        </w:tc>
        <w:tc>
          <w:tcPr>
            <w:tcW w:w="819" w:type="dxa"/>
            <w:vAlign w:val="center"/>
          </w:tcPr>
          <w:p w14:paraId="5B0A3541" w14:textId="77777777" w:rsidR="00067C7E" w:rsidRDefault="00067C7E"/>
        </w:tc>
        <w:tc>
          <w:tcPr>
            <w:tcW w:w="819" w:type="dxa"/>
            <w:vAlign w:val="center"/>
          </w:tcPr>
          <w:p w14:paraId="31A9E9E9" w14:textId="77777777" w:rsidR="00067C7E" w:rsidRDefault="00067C7E"/>
        </w:tc>
        <w:tc>
          <w:tcPr>
            <w:tcW w:w="819" w:type="dxa"/>
            <w:vAlign w:val="center"/>
          </w:tcPr>
          <w:p w14:paraId="5E7F6DAE" w14:textId="77777777" w:rsidR="00067C7E" w:rsidRDefault="00067C7E"/>
        </w:tc>
        <w:tc>
          <w:tcPr>
            <w:tcW w:w="819" w:type="dxa"/>
            <w:vAlign w:val="center"/>
          </w:tcPr>
          <w:p w14:paraId="599F847A" w14:textId="77777777" w:rsidR="00067C7E" w:rsidRDefault="00067C7E"/>
        </w:tc>
      </w:tr>
    </w:tbl>
    <w:p w14:paraId="6EEE5D8D" w14:textId="77777777" w:rsidR="00BA42BE" w:rsidRDefault="00BA42BE" w:rsidP="00BA42BE">
      <w:pPr>
        <w:spacing w:after="60"/>
      </w:pPr>
      <w:proofErr w:type="spellStart"/>
      <w:r>
        <w:rPr>
          <w:i/>
          <w:sz w:val="17"/>
        </w:rPr>
        <w:t>Añadir</w:t>
      </w:r>
      <w:proofErr w:type="spellEnd"/>
      <w:r>
        <w:rPr>
          <w:i/>
          <w:sz w:val="17"/>
        </w:rPr>
        <w:t xml:space="preserve"> las </w:t>
      </w:r>
      <w:proofErr w:type="spellStart"/>
      <w:r>
        <w:rPr>
          <w:i/>
          <w:sz w:val="17"/>
        </w:rPr>
        <w:t>filas</w:t>
      </w:r>
      <w:proofErr w:type="spellEnd"/>
      <w:r>
        <w:rPr>
          <w:i/>
          <w:sz w:val="17"/>
        </w:rPr>
        <w:t xml:space="preserve"> que </w:t>
      </w:r>
      <w:proofErr w:type="spellStart"/>
      <w:r>
        <w:rPr>
          <w:i/>
          <w:sz w:val="17"/>
        </w:rPr>
        <w:t>resulten</w:t>
      </w:r>
      <w:proofErr w:type="spellEnd"/>
      <w:r>
        <w:rPr>
          <w:i/>
          <w:sz w:val="17"/>
        </w:rPr>
        <w:t xml:space="preserve"> </w:t>
      </w:r>
      <w:proofErr w:type="spellStart"/>
      <w:r>
        <w:rPr>
          <w:i/>
          <w:sz w:val="17"/>
        </w:rPr>
        <w:t>necesarias</w:t>
      </w:r>
      <w:proofErr w:type="spellEnd"/>
      <w:r>
        <w:rPr>
          <w:i/>
          <w:sz w:val="17"/>
        </w:rPr>
        <w:t>.</w:t>
      </w:r>
    </w:p>
    <w:p w14:paraId="55F68F90" w14:textId="77777777" w:rsidR="00BA42BE" w:rsidRDefault="00BA42BE">
      <w:pPr>
        <w:spacing w:before="120" w:after="60"/>
        <w:rPr>
          <w:b/>
          <w:sz w:val="20"/>
        </w:rPr>
      </w:pPr>
    </w:p>
    <w:p w14:paraId="32F8B661" w14:textId="3722A5EA" w:rsidR="00067C7E" w:rsidRDefault="003B1074">
      <w:pPr>
        <w:spacing w:before="120" w:after="60"/>
      </w:pPr>
      <w:r>
        <w:rPr>
          <w:b/>
          <w:sz w:val="20"/>
        </w:rPr>
        <w:t>E</w:t>
      </w:r>
      <w:r w:rsidR="00E56EE4">
        <w:rPr>
          <w:b/>
          <w:sz w:val="20"/>
        </w:rPr>
        <w:t>) PERSONAL LABORAL Y DE DIRECCIÓN ASIGNADO AL PROYECTO</w:t>
      </w:r>
    </w:p>
    <w:tbl>
      <w:tblPr>
        <w:tblStyle w:val="Tablaconcuadrcula"/>
        <w:tblW w:w="0" w:type="auto"/>
        <w:tblLook w:val="04A0" w:firstRow="1" w:lastRow="0" w:firstColumn="1" w:lastColumn="0" w:noHBand="0" w:noVBand="1"/>
      </w:tblPr>
      <w:tblGrid>
        <w:gridCol w:w="1182"/>
        <w:gridCol w:w="1182"/>
        <w:gridCol w:w="1183"/>
        <w:gridCol w:w="1183"/>
        <w:gridCol w:w="1182"/>
        <w:gridCol w:w="1182"/>
        <w:gridCol w:w="1183"/>
        <w:gridCol w:w="1182"/>
        <w:gridCol w:w="1183"/>
      </w:tblGrid>
      <w:tr w:rsidR="00067C7E" w14:paraId="1F8A367B" w14:textId="77777777">
        <w:tc>
          <w:tcPr>
            <w:tcW w:w="1184" w:type="dxa"/>
            <w:shd w:val="clear" w:color="auto" w:fill="D9EAF7"/>
            <w:vAlign w:val="center"/>
          </w:tcPr>
          <w:p w14:paraId="0A796D99" w14:textId="77777777" w:rsidR="00067C7E" w:rsidRDefault="00E56EE4">
            <w:pPr>
              <w:jc w:val="center"/>
            </w:pPr>
            <w:r>
              <w:rPr>
                <w:b/>
                <w:sz w:val="12"/>
              </w:rPr>
              <w:t>Nombre</w:t>
            </w:r>
          </w:p>
        </w:tc>
        <w:tc>
          <w:tcPr>
            <w:tcW w:w="1184" w:type="dxa"/>
            <w:shd w:val="clear" w:color="auto" w:fill="D9EAF7"/>
            <w:vAlign w:val="center"/>
          </w:tcPr>
          <w:p w14:paraId="6F6E4F8F" w14:textId="77777777" w:rsidR="00067C7E" w:rsidRDefault="00E56EE4">
            <w:pPr>
              <w:jc w:val="center"/>
            </w:pPr>
            <w:r>
              <w:rPr>
                <w:b/>
                <w:sz w:val="12"/>
              </w:rPr>
              <w:t>NIF</w:t>
            </w:r>
          </w:p>
        </w:tc>
        <w:tc>
          <w:tcPr>
            <w:tcW w:w="1184" w:type="dxa"/>
            <w:shd w:val="clear" w:color="auto" w:fill="D9EAF7"/>
            <w:vAlign w:val="center"/>
          </w:tcPr>
          <w:p w14:paraId="75EF1E00" w14:textId="77777777" w:rsidR="00067C7E" w:rsidRDefault="00E56EE4">
            <w:pPr>
              <w:jc w:val="center"/>
            </w:pPr>
            <w:r>
              <w:rPr>
                <w:b/>
                <w:sz w:val="12"/>
              </w:rPr>
              <w:t>Categoría profesional</w:t>
            </w:r>
          </w:p>
        </w:tc>
        <w:tc>
          <w:tcPr>
            <w:tcW w:w="1184" w:type="dxa"/>
            <w:shd w:val="clear" w:color="auto" w:fill="D9EAF7"/>
            <w:vAlign w:val="center"/>
          </w:tcPr>
          <w:p w14:paraId="715EEC58" w14:textId="77777777" w:rsidR="00067C7E" w:rsidRDefault="00E56EE4">
            <w:pPr>
              <w:jc w:val="center"/>
            </w:pPr>
            <w:r>
              <w:rPr>
                <w:b/>
                <w:sz w:val="12"/>
              </w:rPr>
              <w:t>Tipo: fijo / contratado en exclusiva</w:t>
            </w:r>
          </w:p>
        </w:tc>
        <w:tc>
          <w:tcPr>
            <w:tcW w:w="1184" w:type="dxa"/>
            <w:shd w:val="clear" w:color="auto" w:fill="D9EAF7"/>
            <w:vAlign w:val="center"/>
          </w:tcPr>
          <w:p w14:paraId="619DE008" w14:textId="77777777" w:rsidR="00067C7E" w:rsidRDefault="00E56EE4">
            <w:pPr>
              <w:jc w:val="center"/>
            </w:pPr>
            <w:r>
              <w:rPr>
                <w:b/>
                <w:sz w:val="12"/>
              </w:rPr>
              <w:t>Salario neto</w:t>
            </w:r>
          </w:p>
        </w:tc>
        <w:tc>
          <w:tcPr>
            <w:tcW w:w="1184" w:type="dxa"/>
            <w:shd w:val="clear" w:color="auto" w:fill="D9EAF7"/>
            <w:vAlign w:val="center"/>
          </w:tcPr>
          <w:p w14:paraId="00A87AB0" w14:textId="77777777" w:rsidR="00067C7E" w:rsidRDefault="00E56EE4">
            <w:pPr>
              <w:jc w:val="center"/>
            </w:pPr>
            <w:r>
              <w:rPr>
                <w:b/>
                <w:sz w:val="12"/>
              </w:rPr>
              <w:t>IRPF</w:t>
            </w:r>
          </w:p>
        </w:tc>
        <w:tc>
          <w:tcPr>
            <w:tcW w:w="1184" w:type="dxa"/>
            <w:shd w:val="clear" w:color="auto" w:fill="D9EAF7"/>
            <w:vAlign w:val="center"/>
          </w:tcPr>
          <w:p w14:paraId="5A775501" w14:textId="77777777" w:rsidR="00067C7E" w:rsidRDefault="00E56EE4">
            <w:pPr>
              <w:jc w:val="center"/>
            </w:pPr>
            <w:r>
              <w:rPr>
                <w:b/>
                <w:sz w:val="12"/>
              </w:rPr>
              <w:t>Seguridad Social</w:t>
            </w:r>
          </w:p>
        </w:tc>
        <w:tc>
          <w:tcPr>
            <w:tcW w:w="1184" w:type="dxa"/>
            <w:shd w:val="clear" w:color="auto" w:fill="D9EAF7"/>
            <w:vAlign w:val="center"/>
          </w:tcPr>
          <w:p w14:paraId="2F04E181" w14:textId="77777777" w:rsidR="00067C7E" w:rsidRDefault="00E56EE4">
            <w:pPr>
              <w:jc w:val="center"/>
            </w:pPr>
            <w:r>
              <w:rPr>
                <w:b/>
                <w:sz w:val="12"/>
              </w:rPr>
              <w:t>Periodo</w:t>
            </w:r>
          </w:p>
        </w:tc>
        <w:tc>
          <w:tcPr>
            <w:tcW w:w="1184" w:type="dxa"/>
            <w:shd w:val="clear" w:color="auto" w:fill="D9EAF7"/>
            <w:vAlign w:val="center"/>
          </w:tcPr>
          <w:p w14:paraId="694BE482" w14:textId="77777777" w:rsidR="00067C7E" w:rsidRDefault="00E56EE4">
            <w:pPr>
              <w:jc w:val="center"/>
            </w:pPr>
            <w:r>
              <w:rPr>
                <w:b/>
                <w:sz w:val="12"/>
              </w:rPr>
              <w:t>Nº días trabajados</w:t>
            </w:r>
          </w:p>
        </w:tc>
      </w:tr>
      <w:tr w:rsidR="00067C7E" w14:paraId="518EEBCC" w14:textId="77777777">
        <w:tc>
          <w:tcPr>
            <w:tcW w:w="1184" w:type="dxa"/>
            <w:vAlign w:val="center"/>
          </w:tcPr>
          <w:p w14:paraId="1458CBB4" w14:textId="77777777" w:rsidR="00067C7E" w:rsidRDefault="00067C7E"/>
        </w:tc>
        <w:tc>
          <w:tcPr>
            <w:tcW w:w="1184" w:type="dxa"/>
            <w:vAlign w:val="center"/>
          </w:tcPr>
          <w:p w14:paraId="2D8B62A7" w14:textId="77777777" w:rsidR="00067C7E" w:rsidRDefault="00067C7E"/>
        </w:tc>
        <w:tc>
          <w:tcPr>
            <w:tcW w:w="1184" w:type="dxa"/>
            <w:vAlign w:val="center"/>
          </w:tcPr>
          <w:p w14:paraId="5754653A" w14:textId="77777777" w:rsidR="00067C7E" w:rsidRDefault="00067C7E"/>
        </w:tc>
        <w:tc>
          <w:tcPr>
            <w:tcW w:w="1184" w:type="dxa"/>
            <w:vAlign w:val="center"/>
          </w:tcPr>
          <w:p w14:paraId="5BBC43A0" w14:textId="77777777" w:rsidR="00067C7E" w:rsidRDefault="00067C7E"/>
        </w:tc>
        <w:tc>
          <w:tcPr>
            <w:tcW w:w="1184" w:type="dxa"/>
            <w:vAlign w:val="center"/>
          </w:tcPr>
          <w:p w14:paraId="607B3DFF" w14:textId="77777777" w:rsidR="00067C7E" w:rsidRDefault="00067C7E"/>
        </w:tc>
        <w:tc>
          <w:tcPr>
            <w:tcW w:w="1184" w:type="dxa"/>
            <w:vAlign w:val="center"/>
          </w:tcPr>
          <w:p w14:paraId="7306368D" w14:textId="77777777" w:rsidR="00067C7E" w:rsidRDefault="00067C7E"/>
        </w:tc>
        <w:tc>
          <w:tcPr>
            <w:tcW w:w="1184" w:type="dxa"/>
            <w:vAlign w:val="center"/>
          </w:tcPr>
          <w:p w14:paraId="5067B409" w14:textId="77777777" w:rsidR="00067C7E" w:rsidRDefault="00067C7E"/>
        </w:tc>
        <w:tc>
          <w:tcPr>
            <w:tcW w:w="1184" w:type="dxa"/>
            <w:vAlign w:val="center"/>
          </w:tcPr>
          <w:p w14:paraId="35729E01" w14:textId="77777777" w:rsidR="00067C7E" w:rsidRDefault="00067C7E"/>
        </w:tc>
        <w:tc>
          <w:tcPr>
            <w:tcW w:w="1184" w:type="dxa"/>
            <w:vAlign w:val="center"/>
          </w:tcPr>
          <w:p w14:paraId="092452F3" w14:textId="77777777" w:rsidR="00067C7E" w:rsidRDefault="00067C7E"/>
        </w:tc>
      </w:tr>
      <w:tr w:rsidR="00067C7E" w14:paraId="05FF6925" w14:textId="77777777">
        <w:tc>
          <w:tcPr>
            <w:tcW w:w="1184" w:type="dxa"/>
            <w:vAlign w:val="center"/>
          </w:tcPr>
          <w:p w14:paraId="72F8E1CC" w14:textId="77777777" w:rsidR="00067C7E" w:rsidRDefault="00067C7E"/>
        </w:tc>
        <w:tc>
          <w:tcPr>
            <w:tcW w:w="1184" w:type="dxa"/>
            <w:vAlign w:val="center"/>
          </w:tcPr>
          <w:p w14:paraId="50FB5681" w14:textId="77777777" w:rsidR="00067C7E" w:rsidRDefault="00067C7E"/>
        </w:tc>
        <w:tc>
          <w:tcPr>
            <w:tcW w:w="1184" w:type="dxa"/>
            <w:vAlign w:val="center"/>
          </w:tcPr>
          <w:p w14:paraId="55327565" w14:textId="77777777" w:rsidR="00067C7E" w:rsidRDefault="00067C7E"/>
        </w:tc>
        <w:tc>
          <w:tcPr>
            <w:tcW w:w="1184" w:type="dxa"/>
            <w:vAlign w:val="center"/>
          </w:tcPr>
          <w:p w14:paraId="0BCE7810" w14:textId="77777777" w:rsidR="00067C7E" w:rsidRDefault="00067C7E"/>
        </w:tc>
        <w:tc>
          <w:tcPr>
            <w:tcW w:w="1184" w:type="dxa"/>
            <w:vAlign w:val="center"/>
          </w:tcPr>
          <w:p w14:paraId="0AE0C586" w14:textId="77777777" w:rsidR="00067C7E" w:rsidRDefault="00067C7E"/>
        </w:tc>
        <w:tc>
          <w:tcPr>
            <w:tcW w:w="1184" w:type="dxa"/>
            <w:vAlign w:val="center"/>
          </w:tcPr>
          <w:p w14:paraId="6C0652A2" w14:textId="77777777" w:rsidR="00067C7E" w:rsidRDefault="00067C7E"/>
        </w:tc>
        <w:tc>
          <w:tcPr>
            <w:tcW w:w="1184" w:type="dxa"/>
            <w:vAlign w:val="center"/>
          </w:tcPr>
          <w:p w14:paraId="499D1074" w14:textId="77777777" w:rsidR="00067C7E" w:rsidRDefault="00067C7E"/>
        </w:tc>
        <w:tc>
          <w:tcPr>
            <w:tcW w:w="1184" w:type="dxa"/>
            <w:vAlign w:val="center"/>
          </w:tcPr>
          <w:p w14:paraId="298D18DE" w14:textId="77777777" w:rsidR="00067C7E" w:rsidRDefault="00067C7E"/>
        </w:tc>
        <w:tc>
          <w:tcPr>
            <w:tcW w:w="1184" w:type="dxa"/>
            <w:vAlign w:val="center"/>
          </w:tcPr>
          <w:p w14:paraId="24FFD79D" w14:textId="77777777" w:rsidR="00067C7E" w:rsidRDefault="00067C7E"/>
        </w:tc>
      </w:tr>
      <w:tr w:rsidR="00067C7E" w14:paraId="708A7AF8" w14:textId="77777777">
        <w:tc>
          <w:tcPr>
            <w:tcW w:w="1184" w:type="dxa"/>
            <w:vAlign w:val="center"/>
          </w:tcPr>
          <w:p w14:paraId="32717261" w14:textId="77777777" w:rsidR="00067C7E" w:rsidRDefault="00067C7E"/>
        </w:tc>
        <w:tc>
          <w:tcPr>
            <w:tcW w:w="1184" w:type="dxa"/>
            <w:vAlign w:val="center"/>
          </w:tcPr>
          <w:p w14:paraId="453DC715" w14:textId="77777777" w:rsidR="00067C7E" w:rsidRDefault="00067C7E"/>
        </w:tc>
        <w:tc>
          <w:tcPr>
            <w:tcW w:w="1184" w:type="dxa"/>
            <w:vAlign w:val="center"/>
          </w:tcPr>
          <w:p w14:paraId="6E0B5448" w14:textId="77777777" w:rsidR="00067C7E" w:rsidRDefault="00067C7E"/>
        </w:tc>
        <w:tc>
          <w:tcPr>
            <w:tcW w:w="1184" w:type="dxa"/>
            <w:vAlign w:val="center"/>
          </w:tcPr>
          <w:p w14:paraId="43AD3E53" w14:textId="77777777" w:rsidR="00067C7E" w:rsidRDefault="00067C7E"/>
        </w:tc>
        <w:tc>
          <w:tcPr>
            <w:tcW w:w="1184" w:type="dxa"/>
            <w:vAlign w:val="center"/>
          </w:tcPr>
          <w:p w14:paraId="683CCCD8" w14:textId="77777777" w:rsidR="00067C7E" w:rsidRDefault="00067C7E"/>
        </w:tc>
        <w:tc>
          <w:tcPr>
            <w:tcW w:w="1184" w:type="dxa"/>
            <w:vAlign w:val="center"/>
          </w:tcPr>
          <w:p w14:paraId="7F8B5A60" w14:textId="77777777" w:rsidR="00067C7E" w:rsidRDefault="00067C7E"/>
        </w:tc>
        <w:tc>
          <w:tcPr>
            <w:tcW w:w="1184" w:type="dxa"/>
            <w:vAlign w:val="center"/>
          </w:tcPr>
          <w:p w14:paraId="201701E6" w14:textId="77777777" w:rsidR="00067C7E" w:rsidRDefault="00067C7E"/>
        </w:tc>
        <w:tc>
          <w:tcPr>
            <w:tcW w:w="1184" w:type="dxa"/>
            <w:vAlign w:val="center"/>
          </w:tcPr>
          <w:p w14:paraId="2DB0931F" w14:textId="77777777" w:rsidR="00067C7E" w:rsidRDefault="00067C7E"/>
        </w:tc>
        <w:tc>
          <w:tcPr>
            <w:tcW w:w="1184" w:type="dxa"/>
            <w:vAlign w:val="center"/>
          </w:tcPr>
          <w:p w14:paraId="6A08D970" w14:textId="77777777" w:rsidR="00067C7E" w:rsidRDefault="00067C7E"/>
        </w:tc>
      </w:tr>
      <w:tr w:rsidR="00067C7E" w14:paraId="55D24845" w14:textId="77777777">
        <w:tc>
          <w:tcPr>
            <w:tcW w:w="1184" w:type="dxa"/>
            <w:vAlign w:val="center"/>
          </w:tcPr>
          <w:p w14:paraId="0B9C81C5" w14:textId="77777777" w:rsidR="00067C7E" w:rsidRDefault="00067C7E"/>
        </w:tc>
        <w:tc>
          <w:tcPr>
            <w:tcW w:w="1184" w:type="dxa"/>
            <w:vAlign w:val="center"/>
          </w:tcPr>
          <w:p w14:paraId="0E2B17D8" w14:textId="77777777" w:rsidR="00067C7E" w:rsidRDefault="00067C7E"/>
        </w:tc>
        <w:tc>
          <w:tcPr>
            <w:tcW w:w="1184" w:type="dxa"/>
            <w:vAlign w:val="center"/>
          </w:tcPr>
          <w:p w14:paraId="263E7291" w14:textId="77777777" w:rsidR="00067C7E" w:rsidRDefault="00067C7E"/>
        </w:tc>
        <w:tc>
          <w:tcPr>
            <w:tcW w:w="1184" w:type="dxa"/>
            <w:vAlign w:val="center"/>
          </w:tcPr>
          <w:p w14:paraId="44BDE7E3" w14:textId="77777777" w:rsidR="00067C7E" w:rsidRDefault="00067C7E"/>
        </w:tc>
        <w:tc>
          <w:tcPr>
            <w:tcW w:w="1184" w:type="dxa"/>
            <w:vAlign w:val="center"/>
          </w:tcPr>
          <w:p w14:paraId="4475C6AE" w14:textId="77777777" w:rsidR="00067C7E" w:rsidRDefault="00067C7E"/>
        </w:tc>
        <w:tc>
          <w:tcPr>
            <w:tcW w:w="1184" w:type="dxa"/>
            <w:vAlign w:val="center"/>
          </w:tcPr>
          <w:p w14:paraId="7553EB88" w14:textId="77777777" w:rsidR="00067C7E" w:rsidRDefault="00067C7E"/>
        </w:tc>
        <w:tc>
          <w:tcPr>
            <w:tcW w:w="1184" w:type="dxa"/>
            <w:vAlign w:val="center"/>
          </w:tcPr>
          <w:p w14:paraId="2F7FB6F2" w14:textId="77777777" w:rsidR="00067C7E" w:rsidRDefault="00067C7E"/>
        </w:tc>
        <w:tc>
          <w:tcPr>
            <w:tcW w:w="1184" w:type="dxa"/>
            <w:vAlign w:val="center"/>
          </w:tcPr>
          <w:p w14:paraId="519A232D" w14:textId="77777777" w:rsidR="00067C7E" w:rsidRDefault="00067C7E"/>
        </w:tc>
        <w:tc>
          <w:tcPr>
            <w:tcW w:w="1184" w:type="dxa"/>
            <w:vAlign w:val="center"/>
          </w:tcPr>
          <w:p w14:paraId="21445735" w14:textId="77777777" w:rsidR="00067C7E" w:rsidRDefault="00067C7E"/>
        </w:tc>
      </w:tr>
    </w:tbl>
    <w:p w14:paraId="457DF5B5" w14:textId="77777777" w:rsidR="00BA42BE" w:rsidRDefault="00BA42BE">
      <w:pPr>
        <w:spacing w:before="120" w:after="60"/>
        <w:rPr>
          <w:b/>
          <w:sz w:val="20"/>
        </w:rPr>
      </w:pPr>
    </w:p>
    <w:p w14:paraId="7F2B6BDC" w14:textId="0EC0C341" w:rsidR="00067C7E" w:rsidRDefault="003B1074">
      <w:pPr>
        <w:spacing w:before="120" w:after="60"/>
      </w:pPr>
      <w:r>
        <w:rPr>
          <w:b/>
          <w:sz w:val="20"/>
        </w:rPr>
        <w:t>F</w:t>
      </w:r>
      <w:r w:rsidR="00E56EE4">
        <w:rPr>
          <w:b/>
          <w:sz w:val="20"/>
        </w:rPr>
        <w:t>) COMPARATIVA ENTRE PRESUPUESTO PRESENTADO Y PRESUPUESTO EJECUTADO</w:t>
      </w:r>
    </w:p>
    <w:tbl>
      <w:tblPr>
        <w:tblStyle w:val="Tablaconcuadrcula"/>
        <w:tblW w:w="0" w:type="auto"/>
        <w:tblLook w:val="04A0" w:firstRow="1" w:lastRow="0" w:firstColumn="1" w:lastColumn="0" w:noHBand="0" w:noVBand="1"/>
      </w:tblPr>
      <w:tblGrid>
        <w:gridCol w:w="1772"/>
        <w:gridCol w:w="1774"/>
        <w:gridCol w:w="1774"/>
        <w:gridCol w:w="1774"/>
        <w:gridCol w:w="1774"/>
        <w:gridCol w:w="1774"/>
      </w:tblGrid>
      <w:tr w:rsidR="00067C7E" w14:paraId="3BD238E4" w14:textId="77777777">
        <w:tc>
          <w:tcPr>
            <w:tcW w:w="1775" w:type="dxa"/>
            <w:shd w:val="clear" w:color="auto" w:fill="D9EAF7"/>
            <w:vAlign w:val="center"/>
          </w:tcPr>
          <w:p w14:paraId="3FD5CD3C" w14:textId="77777777" w:rsidR="00067C7E" w:rsidRDefault="00E56EE4">
            <w:pPr>
              <w:jc w:val="center"/>
            </w:pPr>
            <w:r>
              <w:rPr>
                <w:b/>
                <w:sz w:val="12"/>
              </w:rPr>
              <w:t>Concepto de gasto</w:t>
            </w:r>
          </w:p>
        </w:tc>
        <w:tc>
          <w:tcPr>
            <w:tcW w:w="1775" w:type="dxa"/>
            <w:shd w:val="clear" w:color="auto" w:fill="D9EAF7"/>
            <w:vAlign w:val="center"/>
          </w:tcPr>
          <w:p w14:paraId="082F4972" w14:textId="77777777" w:rsidR="00067C7E" w:rsidRDefault="00E56EE4">
            <w:pPr>
              <w:jc w:val="center"/>
            </w:pPr>
            <w:r>
              <w:rPr>
                <w:b/>
                <w:sz w:val="12"/>
              </w:rPr>
              <w:t>Presupuesto presentado</w:t>
            </w:r>
          </w:p>
        </w:tc>
        <w:tc>
          <w:tcPr>
            <w:tcW w:w="1775" w:type="dxa"/>
            <w:shd w:val="clear" w:color="auto" w:fill="D9EAF7"/>
            <w:vAlign w:val="center"/>
          </w:tcPr>
          <w:p w14:paraId="19215B4E" w14:textId="77777777" w:rsidR="00067C7E" w:rsidRDefault="00E56EE4">
            <w:pPr>
              <w:jc w:val="center"/>
            </w:pPr>
            <w:r>
              <w:rPr>
                <w:b/>
                <w:sz w:val="12"/>
              </w:rPr>
              <w:t>Presupuesto ejecutado</w:t>
            </w:r>
          </w:p>
        </w:tc>
        <w:tc>
          <w:tcPr>
            <w:tcW w:w="1775" w:type="dxa"/>
            <w:shd w:val="clear" w:color="auto" w:fill="D9EAF7"/>
            <w:vAlign w:val="center"/>
          </w:tcPr>
          <w:p w14:paraId="2FB87E5A" w14:textId="77777777" w:rsidR="00067C7E" w:rsidRDefault="00E56EE4">
            <w:pPr>
              <w:jc w:val="center"/>
            </w:pPr>
            <w:r>
              <w:rPr>
                <w:b/>
                <w:sz w:val="12"/>
              </w:rPr>
              <w:t>Diferencia</w:t>
            </w:r>
          </w:p>
        </w:tc>
        <w:tc>
          <w:tcPr>
            <w:tcW w:w="1775" w:type="dxa"/>
            <w:shd w:val="clear" w:color="auto" w:fill="D9EAF7"/>
            <w:vAlign w:val="center"/>
          </w:tcPr>
          <w:p w14:paraId="53D41351" w14:textId="77777777" w:rsidR="00067C7E" w:rsidRDefault="00E56EE4">
            <w:pPr>
              <w:jc w:val="center"/>
            </w:pPr>
            <w:r>
              <w:rPr>
                <w:b/>
                <w:sz w:val="12"/>
              </w:rPr>
              <w:t>Fuente de financiación</w:t>
            </w:r>
          </w:p>
        </w:tc>
        <w:tc>
          <w:tcPr>
            <w:tcW w:w="1775" w:type="dxa"/>
            <w:shd w:val="clear" w:color="auto" w:fill="D9EAF7"/>
            <w:vAlign w:val="center"/>
          </w:tcPr>
          <w:p w14:paraId="09F5F55A" w14:textId="77777777" w:rsidR="00067C7E" w:rsidRDefault="00E56EE4">
            <w:pPr>
              <w:jc w:val="center"/>
            </w:pPr>
            <w:r>
              <w:rPr>
                <w:b/>
                <w:sz w:val="12"/>
              </w:rPr>
              <w:t>Explicación de desviaciones</w:t>
            </w:r>
          </w:p>
        </w:tc>
      </w:tr>
      <w:tr w:rsidR="00067C7E" w14:paraId="74A95D18" w14:textId="77777777">
        <w:tc>
          <w:tcPr>
            <w:tcW w:w="1775" w:type="dxa"/>
            <w:vAlign w:val="center"/>
          </w:tcPr>
          <w:p w14:paraId="0ADD4957" w14:textId="77777777" w:rsidR="00067C7E" w:rsidRDefault="00067C7E"/>
        </w:tc>
        <w:tc>
          <w:tcPr>
            <w:tcW w:w="1775" w:type="dxa"/>
            <w:vAlign w:val="center"/>
          </w:tcPr>
          <w:p w14:paraId="66533F28" w14:textId="77777777" w:rsidR="00067C7E" w:rsidRDefault="00067C7E"/>
        </w:tc>
        <w:tc>
          <w:tcPr>
            <w:tcW w:w="1775" w:type="dxa"/>
            <w:vAlign w:val="center"/>
          </w:tcPr>
          <w:p w14:paraId="22AAD659" w14:textId="77777777" w:rsidR="00067C7E" w:rsidRDefault="00067C7E"/>
        </w:tc>
        <w:tc>
          <w:tcPr>
            <w:tcW w:w="1775" w:type="dxa"/>
            <w:vAlign w:val="center"/>
          </w:tcPr>
          <w:p w14:paraId="0EEDCEA1" w14:textId="77777777" w:rsidR="00067C7E" w:rsidRDefault="00067C7E"/>
        </w:tc>
        <w:tc>
          <w:tcPr>
            <w:tcW w:w="1775" w:type="dxa"/>
            <w:vAlign w:val="center"/>
          </w:tcPr>
          <w:p w14:paraId="541CB61A" w14:textId="77777777" w:rsidR="00067C7E" w:rsidRDefault="00067C7E"/>
        </w:tc>
        <w:tc>
          <w:tcPr>
            <w:tcW w:w="1775" w:type="dxa"/>
            <w:vAlign w:val="center"/>
          </w:tcPr>
          <w:p w14:paraId="6C82E573" w14:textId="77777777" w:rsidR="00067C7E" w:rsidRDefault="00067C7E"/>
        </w:tc>
      </w:tr>
      <w:tr w:rsidR="00067C7E" w14:paraId="7F77625B" w14:textId="77777777">
        <w:tc>
          <w:tcPr>
            <w:tcW w:w="1775" w:type="dxa"/>
            <w:vAlign w:val="center"/>
          </w:tcPr>
          <w:p w14:paraId="2065465A" w14:textId="77777777" w:rsidR="00067C7E" w:rsidRDefault="00067C7E"/>
        </w:tc>
        <w:tc>
          <w:tcPr>
            <w:tcW w:w="1775" w:type="dxa"/>
            <w:vAlign w:val="center"/>
          </w:tcPr>
          <w:p w14:paraId="68489C12" w14:textId="77777777" w:rsidR="00067C7E" w:rsidRDefault="00067C7E"/>
        </w:tc>
        <w:tc>
          <w:tcPr>
            <w:tcW w:w="1775" w:type="dxa"/>
            <w:vAlign w:val="center"/>
          </w:tcPr>
          <w:p w14:paraId="44985347" w14:textId="77777777" w:rsidR="00067C7E" w:rsidRDefault="00067C7E"/>
        </w:tc>
        <w:tc>
          <w:tcPr>
            <w:tcW w:w="1775" w:type="dxa"/>
            <w:vAlign w:val="center"/>
          </w:tcPr>
          <w:p w14:paraId="22BFA47C" w14:textId="77777777" w:rsidR="00067C7E" w:rsidRDefault="00067C7E"/>
        </w:tc>
        <w:tc>
          <w:tcPr>
            <w:tcW w:w="1775" w:type="dxa"/>
            <w:vAlign w:val="center"/>
          </w:tcPr>
          <w:p w14:paraId="2D15ECC9" w14:textId="77777777" w:rsidR="00067C7E" w:rsidRDefault="00067C7E"/>
        </w:tc>
        <w:tc>
          <w:tcPr>
            <w:tcW w:w="1775" w:type="dxa"/>
            <w:vAlign w:val="center"/>
          </w:tcPr>
          <w:p w14:paraId="3D29964A" w14:textId="77777777" w:rsidR="00067C7E" w:rsidRDefault="00067C7E"/>
        </w:tc>
      </w:tr>
      <w:tr w:rsidR="00067C7E" w14:paraId="7CFC71EF" w14:textId="77777777">
        <w:tc>
          <w:tcPr>
            <w:tcW w:w="1775" w:type="dxa"/>
            <w:vAlign w:val="center"/>
          </w:tcPr>
          <w:p w14:paraId="22053638" w14:textId="77777777" w:rsidR="00067C7E" w:rsidRDefault="00067C7E"/>
        </w:tc>
        <w:tc>
          <w:tcPr>
            <w:tcW w:w="1775" w:type="dxa"/>
            <w:vAlign w:val="center"/>
          </w:tcPr>
          <w:p w14:paraId="3CFDD13E" w14:textId="77777777" w:rsidR="00067C7E" w:rsidRDefault="00067C7E"/>
        </w:tc>
        <w:tc>
          <w:tcPr>
            <w:tcW w:w="1775" w:type="dxa"/>
            <w:vAlign w:val="center"/>
          </w:tcPr>
          <w:p w14:paraId="70511BA0" w14:textId="77777777" w:rsidR="00067C7E" w:rsidRDefault="00067C7E"/>
        </w:tc>
        <w:tc>
          <w:tcPr>
            <w:tcW w:w="1775" w:type="dxa"/>
            <w:vAlign w:val="center"/>
          </w:tcPr>
          <w:p w14:paraId="729DBCBD" w14:textId="77777777" w:rsidR="00067C7E" w:rsidRDefault="00067C7E"/>
        </w:tc>
        <w:tc>
          <w:tcPr>
            <w:tcW w:w="1775" w:type="dxa"/>
            <w:vAlign w:val="center"/>
          </w:tcPr>
          <w:p w14:paraId="285E82FE" w14:textId="77777777" w:rsidR="00067C7E" w:rsidRDefault="00067C7E"/>
        </w:tc>
        <w:tc>
          <w:tcPr>
            <w:tcW w:w="1775" w:type="dxa"/>
            <w:vAlign w:val="center"/>
          </w:tcPr>
          <w:p w14:paraId="4CD40624" w14:textId="77777777" w:rsidR="00067C7E" w:rsidRDefault="00067C7E"/>
        </w:tc>
      </w:tr>
      <w:tr w:rsidR="00067C7E" w14:paraId="0CE5DDAE" w14:textId="77777777">
        <w:tc>
          <w:tcPr>
            <w:tcW w:w="1775" w:type="dxa"/>
            <w:vAlign w:val="center"/>
          </w:tcPr>
          <w:p w14:paraId="7BABDC60" w14:textId="77777777" w:rsidR="00067C7E" w:rsidRDefault="00067C7E"/>
        </w:tc>
        <w:tc>
          <w:tcPr>
            <w:tcW w:w="1775" w:type="dxa"/>
            <w:vAlign w:val="center"/>
          </w:tcPr>
          <w:p w14:paraId="0B324723" w14:textId="77777777" w:rsidR="00067C7E" w:rsidRDefault="00067C7E"/>
        </w:tc>
        <w:tc>
          <w:tcPr>
            <w:tcW w:w="1775" w:type="dxa"/>
            <w:vAlign w:val="center"/>
          </w:tcPr>
          <w:p w14:paraId="22DFD1B9" w14:textId="77777777" w:rsidR="00067C7E" w:rsidRDefault="00067C7E"/>
        </w:tc>
        <w:tc>
          <w:tcPr>
            <w:tcW w:w="1775" w:type="dxa"/>
            <w:vAlign w:val="center"/>
          </w:tcPr>
          <w:p w14:paraId="7F7D6F09" w14:textId="77777777" w:rsidR="00067C7E" w:rsidRDefault="00067C7E"/>
        </w:tc>
        <w:tc>
          <w:tcPr>
            <w:tcW w:w="1775" w:type="dxa"/>
            <w:vAlign w:val="center"/>
          </w:tcPr>
          <w:p w14:paraId="0A199B64" w14:textId="77777777" w:rsidR="00067C7E" w:rsidRDefault="00067C7E"/>
        </w:tc>
        <w:tc>
          <w:tcPr>
            <w:tcW w:w="1775" w:type="dxa"/>
            <w:vAlign w:val="center"/>
          </w:tcPr>
          <w:p w14:paraId="136B0D31" w14:textId="77777777" w:rsidR="00067C7E" w:rsidRDefault="00067C7E"/>
        </w:tc>
      </w:tr>
      <w:tr w:rsidR="00067C7E" w14:paraId="3BE97D5E" w14:textId="77777777">
        <w:tc>
          <w:tcPr>
            <w:tcW w:w="1775" w:type="dxa"/>
            <w:vAlign w:val="center"/>
          </w:tcPr>
          <w:p w14:paraId="69761D9F" w14:textId="77777777" w:rsidR="00067C7E" w:rsidRDefault="00067C7E"/>
        </w:tc>
        <w:tc>
          <w:tcPr>
            <w:tcW w:w="1775" w:type="dxa"/>
            <w:vAlign w:val="center"/>
          </w:tcPr>
          <w:p w14:paraId="735B4C8D" w14:textId="77777777" w:rsidR="00067C7E" w:rsidRDefault="00067C7E"/>
        </w:tc>
        <w:tc>
          <w:tcPr>
            <w:tcW w:w="1775" w:type="dxa"/>
            <w:vAlign w:val="center"/>
          </w:tcPr>
          <w:p w14:paraId="1094BDBA" w14:textId="77777777" w:rsidR="00067C7E" w:rsidRDefault="00067C7E"/>
        </w:tc>
        <w:tc>
          <w:tcPr>
            <w:tcW w:w="1775" w:type="dxa"/>
            <w:vAlign w:val="center"/>
          </w:tcPr>
          <w:p w14:paraId="353F4FD4" w14:textId="77777777" w:rsidR="00067C7E" w:rsidRDefault="00067C7E"/>
        </w:tc>
        <w:tc>
          <w:tcPr>
            <w:tcW w:w="1775" w:type="dxa"/>
            <w:vAlign w:val="center"/>
          </w:tcPr>
          <w:p w14:paraId="58E647E3" w14:textId="77777777" w:rsidR="00067C7E" w:rsidRDefault="00067C7E"/>
        </w:tc>
        <w:tc>
          <w:tcPr>
            <w:tcW w:w="1775" w:type="dxa"/>
            <w:vAlign w:val="center"/>
          </w:tcPr>
          <w:p w14:paraId="1560C16F" w14:textId="77777777" w:rsidR="00067C7E" w:rsidRDefault="00067C7E"/>
        </w:tc>
      </w:tr>
      <w:tr w:rsidR="00067C7E" w14:paraId="61A61961" w14:textId="77777777">
        <w:tc>
          <w:tcPr>
            <w:tcW w:w="1775" w:type="dxa"/>
            <w:vAlign w:val="center"/>
          </w:tcPr>
          <w:p w14:paraId="077B41EA" w14:textId="77777777" w:rsidR="00067C7E" w:rsidRDefault="00067C7E"/>
        </w:tc>
        <w:tc>
          <w:tcPr>
            <w:tcW w:w="1775" w:type="dxa"/>
            <w:vAlign w:val="center"/>
          </w:tcPr>
          <w:p w14:paraId="1E9C5B6B" w14:textId="77777777" w:rsidR="00067C7E" w:rsidRDefault="00067C7E"/>
        </w:tc>
        <w:tc>
          <w:tcPr>
            <w:tcW w:w="1775" w:type="dxa"/>
            <w:vAlign w:val="center"/>
          </w:tcPr>
          <w:p w14:paraId="6F6BCE31" w14:textId="77777777" w:rsidR="00067C7E" w:rsidRDefault="00067C7E"/>
        </w:tc>
        <w:tc>
          <w:tcPr>
            <w:tcW w:w="1775" w:type="dxa"/>
            <w:vAlign w:val="center"/>
          </w:tcPr>
          <w:p w14:paraId="15D22218" w14:textId="77777777" w:rsidR="00067C7E" w:rsidRDefault="00067C7E"/>
        </w:tc>
        <w:tc>
          <w:tcPr>
            <w:tcW w:w="1775" w:type="dxa"/>
            <w:vAlign w:val="center"/>
          </w:tcPr>
          <w:p w14:paraId="3972A299" w14:textId="77777777" w:rsidR="00067C7E" w:rsidRDefault="00067C7E"/>
        </w:tc>
        <w:tc>
          <w:tcPr>
            <w:tcW w:w="1775" w:type="dxa"/>
            <w:vAlign w:val="center"/>
          </w:tcPr>
          <w:p w14:paraId="7DD4A40A" w14:textId="77777777" w:rsidR="00067C7E" w:rsidRDefault="00067C7E"/>
        </w:tc>
      </w:tr>
    </w:tbl>
    <w:p w14:paraId="273FBC6B" w14:textId="77777777" w:rsidR="003B1074" w:rsidRDefault="003B1074">
      <w:pPr>
        <w:spacing w:before="120" w:after="60"/>
        <w:rPr>
          <w:b/>
          <w:sz w:val="20"/>
        </w:rPr>
      </w:pPr>
    </w:p>
    <w:p w14:paraId="60C3D0E4" w14:textId="77777777" w:rsidR="003B1074" w:rsidRDefault="003B1074">
      <w:pPr>
        <w:spacing w:before="120" w:after="60"/>
        <w:rPr>
          <w:b/>
          <w:sz w:val="20"/>
        </w:rPr>
      </w:pPr>
    </w:p>
    <w:p w14:paraId="3C2880EB" w14:textId="532C2CE9" w:rsidR="00067C7E" w:rsidRDefault="003B1074">
      <w:pPr>
        <w:spacing w:before="120" w:after="60"/>
      </w:pPr>
      <w:r>
        <w:rPr>
          <w:b/>
          <w:sz w:val="20"/>
        </w:rPr>
        <w:lastRenderedPageBreak/>
        <w:t>G</w:t>
      </w:r>
      <w:r w:rsidR="00E56EE4">
        <w:rPr>
          <w:b/>
          <w:sz w:val="20"/>
        </w:rPr>
        <w:t>) TRES OFERTAS, CUANDO PROCEDA</w:t>
      </w:r>
    </w:p>
    <w:p w14:paraId="78E699AD" w14:textId="77777777" w:rsidR="00067C7E" w:rsidRDefault="00E56EE4" w:rsidP="00E56EE4">
      <w:pPr>
        <w:spacing w:after="60"/>
        <w:jc w:val="both"/>
      </w:pPr>
      <w:r>
        <w:rPr>
          <w:sz w:val="17"/>
        </w:rPr>
        <w:t>Cuando el importe del gasto subvencionable supere las cuantías establecidas en la legislación de contratos para el contrato menor, se deberá acreditar la solicitud de, como mínimo, tres ofertas de diferentes proveedores, salvo que concurra alguna de las excepciones previstas en las bases.</w:t>
      </w:r>
    </w:p>
    <w:tbl>
      <w:tblPr>
        <w:tblStyle w:val="Tablaconcuadrcula"/>
        <w:tblW w:w="0" w:type="auto"/>
        <w:tblLook w:val="04A0" w:firstRow="1" w:lastRow="0" w:firstColumn="1" w:lastColumn="0" w:noHBand="0" w:noVBand="1"/>
      </w:tblPr>
      <w:tblGrid>
        <w:gridCol w:w="1775"/>
        <w:gridCol w:w="1773"/>
        <w:gridCol w:w="1773"/>
        <w:gridCol w:w="1774"/>
        <w:gridCol w:w="1773"/>
        <w:gridCol w:w="1774"/>
      </w:tblGrid>
      <w:tr w:rsidR="00067C7E" w14:paraId="19233F4D" w14:textId="77777777">
        <w:tc>
          <w:tcPr>
            <w:tcW w:w="1775" w:type="dxa"/>
            <w:shd w:val="clear" w:color="auto" w:fill="D9EAF7"/>
            <w:vAlign w:val="center"/>
          </w:tcPr>
          <w:p w14:paraId="41A267AD" w14:textId="77777777" w:rsidR="00067C7E" w:rsidRDefault="00E56EE4">
            <w:pPr>
              <w:jc w:val="center"/>
            </w:pPr>
            <w:r>
              <w:rPr>
                <w:b/>
                <w:sz w:val="12"/>
              </w:rPr>
              <w:t>Gasto / proveedor seleccionado</w:t>
            </w:r>
          </w:p>
        </w:tc>
        <w:tc>
          <w:tcPr>
            <w:tcW w:w="1775" w:type="dxa"/>
            <w:shd w:val="clear" w:color="auto" w:fill="D9EAF7"/>
            <w:vAlign w:val="center"/>
          </w:tcPr>
          <w:p w14:paraId="0E702BFF" w14:textId="77777777" w:rsidR="00067C7E" w:rsidRDefault="00E56EE4">
            <w:pPr>
              <w:jc w:val="center"/>
            </w:pPr>
            <w:r>
              <w:rPr>
                <w:b/>
                <w:sz w:val="12"/>
              </w:rPr>
              <w:t>Importe</w:t>
            </w:r>
          </w:p>
        </w:tc>
        <w:tc>
          <w:tcPr>
            <w:tcW w:w="1775" w:type="dxa"/>
            <w:shd w:val="clear" w:color="auto" w:fill="D9EAF7"/>
            <w:vAlign w:val="center"/>
          </w:tcPr>
          <w:p w14:paraId="00548871" w14:textId="77777777" w:rsidR="00067C7E" w:rsidRDefault="00E56EE4">
            <w:pPr>
              <w:jc w:val="center"/>
            </w:pPr>
            <w:r>
              <w:rPr>
                <w:b/>
                <w:sz w:val="12"/>
              </w:rPr>
              <w:t>¿Requiere tres ofertas?</w:t>
            </w:r>
          </w:p>
        </w:tc>
        <w:tc>
          <w:tcPr>
            <w:tcW w:w="1775" w:type="dxa"/>
            <w:shd w:val="clear" w:color="auto" w:fill="D9EAF7"/>
            <w:vAlign w:val="center"/>
          </w:tcPr>
          <w:p w14:paraId="4603105F" w14:textId="77777777" w:rsidR="00067C7E" w:rsidRDefault="00E56EE4">
            <w:pPr>
              <w:jc w:val="center"/>
            </w:pPr>
            <w:r>
              <w:rPr>
                <w:b/>
                <w:sz w:val="12"/>
              </w:rPr>
              <w:t>Ofertas solicitadas/aportadas</w:t>
            </w:r>
          </w:p>
        </w:tc>
        <w:tc>
          <w:tcPr>
            <w:tcW w:w="1775" w:type="dxa"/>
            <w:shd w:val="clear" w:color="auto" w:fill="D9EAF7"/>
            <w:vAlign w:val="center"/>
          </w:tcPr>
          <w:p w14:paraId="7E97E4A0" w14:textId="77777777" w:rsidR="00067C7E" w:rsidRDefault="00E56EE4">
            <w:pPr>
              <w:jc w:val="center"/>
            </w:pPr>
            <w:r>
              <w:rPr>
                <w:b/>
                <w:sz w:val="12"/>
              </w:rPr>
              <w:t>Proveedor elegido</w:t>
            </w:r>
          </w:p>
        </w:tc>
        <w:tc>
          <w:tcPr>
            <w:tcW w:w="1775" w:type="dxa"/>
            <w:shd w:val="clear" w:color="auto" w:fill="D9EAF7"/>
            <w:vAlign w:val="center"/>
          </w:tcPr>
          <w:p w14:paraId="242ACDBB" w14:textId="77777777" w:rsidR="00067C7E" w:rsidRDefault="00E56EE4">
            <w:pPr>
              <w:jc w:val="center"/>
            </w:pPr>
            <w:r>
              <w:rPr>
                <w:b/>
                <w:sz w:val="12"/>
              </w:rPr>
              <w:t>Justificación si no es la oferta más económica o si no procede solicitar tres ofertas</w:t>
            </w:r>
          </w:p>
        </w:tc>
      </w:tr>
      <w:tr w:rsidR="00067C7E" w14:paraId="447D3589" w14:textId="77777777">
        <w:tc>
          <w:tcPr>
            <w:tcW w:w="1775" w:type="dxa"/>
            <w:vAlign w:val="center"/>
          </w:tcPr>
          <w:p w14:paraId="78402192" w14:textId="77777777" w:rsidR="00067C7E" w:rsidRDefault="00067C7E"/>
        </w:tc>
        <w:tc>
          <w:tcPr>
            <w:tcW w:w="1775" w:type="dxa"/>
            <w:vAlign w:val="center"/>
          </w:tcPr>
          <w:p w14:paraId="4F54CB82" w14:textId="77777777" w:rsidR="00067C7E" w:rsidRDefault="00067C7E"/>
        </w:tc>
        <w:tc>
          <w:tcPr>
            <w:tcW w:w="1775" w:type="dxa"/>
            <w:vAlign w:val="center"/>
          </w:tcPr>
          <w:p w14:paraId="0310229B" w14:textId="77777777" w:rsidR="00067C7E" w:rsidRDefault="00067C7E"/>
        </w:tc>
        <w:tc>
          <w:tcPr>
            <w:tcW w:w="1775" w:type="dxa"/>
            <w:vAlign w:val="center"/>
          </w:tcPr>
          <w:p w14:paraId="1D0C48C3" w14:textId="77777777" w:rsidR="00067C7E" w:rsidRDefault="00067C7E"/>
        </w:tc>
        <w:tc>
          <w:tcPr>
            <w:tcW w:w="1775" w:type="dxa"/>
            <w:vAlign w:val="center"/>
          </w:tcPr>
          <w:p w14:paraId="7B501A02" w14:textId="77777777" w:rsidR="00067C7E" w:rsidRDefault="00067C7E"/>
        </w:tc>
        <w:tc>
          <w:tcPr>
            <w:tcW w:w="1775" w:type="dxa"/>
            <w:vAlign w:val="center"/>
          </w:tcPr>
          <w:p w14:paraId="4B02C646" w14:textId="77777777" w:rsidR="00067C7E" w:rsidRDefault="00067C7E"/>
        </w:tc>
      </w:tr>
      <w:tr w:rsidR="00067C7E" w14:paraId="3D3B4D4A" w14:textId="77777777">
        <w:tc>
          <w:tcPr>
            <w:tcW w:w="1775" w:type="dxa"/>
            <w:vAlign w:val="center"/>
          </w:tcPr>
          <w:p w14:paraId="127B94E6" w14:textId="77777777" w:rsidR="00067C7E" w:rsidRDefault="00067C7E"/>
        </w:tc>
        <w:tc>
          <w:tcPr>
            <w:tcW w:w="1775" w:type="dxa"/>
            <w:vAlign w:val="center"/>
          </w:tcPr>
          <w:p w14:paraId="2A0C0403" w14:textId="77777777" w:rsidR="00067C7E" w:rsidRDefault="00067C7E"/>
        </w:tc>
        <w:tc>
          <w:tcPr>
            <w:tcW w:w="1775" w:type="dxa"/>
            <w:vAlign w:val="center"/>
          </w:tcPr>
          <w:p w14:paraId="2A02B35E" w14:textId="77777777" w:rsidR="00067C7E" w:rsidRDefault="00067C7E"/>
        </w:tc>
        <w:tc>
          <w:tcPr>
            <w:tcW w:w="1775" w:type="dxa"/>
            <w:vAlign w:val="center"/>
          </w:tcPr>
          <w:p w14:paraId="44A7F38A" w14:textId="77777777" w:rsidR="00067C7E" w:rsidRDefault="00067C7E"/>
        </w:tc>
        <w:tc>
          <w:tcPr>
            <w:tcW w:w="1775" w:type="dxa"/>
            <w:vAlign w:val="center"/>
          </w:tcPr>
          <w:p w14:paraId="7A36DF87" w14:textId="77777777" w:rsidR="00067C7E" w:rsidRDefault="00067C7E"/>
        </w:tc>
        <w:tc>
          <w:tcPr>
            <w:tcW w:w="1775" w:type="dxa"/>
            <w:vAlign w:val="center"/>
          </w:tcPr>
          <w:p w14:paraId="262A3B8D" w14:textId="77777777" w:rsidR="00067C7E" w:rsidRDefault="00067C7E"/>
        </w:tc>
      </w:tr>
      <w:tr w:rsidR="00067C7E" w14:paraId="36076E3F" w14:textId="77777777">
        <w:tc>
          <w:tcPr>
            <w:tcW w:w="1775" w:type="dxa"/>
            <w:vAlign w:val="center"/>
          </w:tcPr>
          <w:p w14:paraId="2710EB26" w14:textId="77777777" w:rsidR="00067C7E" w:rsidRDefault="00067C7E"/>
        </w:tc>
        <w:tc>
          <w:tcPr>
            <w:tcW w:w="1775" w:type="dxa"/>
            <w:vAlign w:val="center"/>
          </w:tcPr>
          <w:p w14:paraId="4F19CD6C" w14:textId="77777777" w:rsidR="00067C7E" w:rsidRDefault="00067C7E"/>
        </w:tc>
        <w:tc>
          <w:tcPr>
            <w:tcW w:w="1775" w:type="dxa"/>
            <w:vAlign w:val="center"/>
          </w:tcPr>
          <w:p w14:paraId="2BEA800D" w14:textId="77777777" w:rsidR="00067C7E" w:rsidRDefault="00067C7E"/>
        </w:tc>
        <w:tc>
          <w:tcPr>
            <w:tcW w:w="1775" w:type="dxa"/>
            <w:vAlign w:val="center"/>
          </w:tcPr>
          <w:p w14:paraId="5E3F4811" w14:textId="77777777" w:rsidR="00067C7E" w:rsidRDefault="00067C7E"/>
        </w:tc>
        <w:tc>
          <w:tcPr>
            <w:tcW w:w="1775" w:type="dxa"/>
            <w:vAlign w:val="center"/>
          </w:tcPr>
          <w:p w14:paraId="3CBC89BF" w14:textId="77777777" w:rsidR="00067C7E" w:rsidRDefault="00067C7E"/>
        </w:tc>
        <w:tc>
          <w:tcPr>
            <w:tcW w:w="1775" w:type="dxa"/>
            <w:vAlign w:val="center"/>
          </w:tcPr>
          <w:p w14:paraId="27FD2880" w14:textId="77777777" w:rsidR="00067C7E" w:rsidRDefault="00067C7E"/>
        </w:tc>
      </w:tr>
      <w:tr w:rsidR="00067C7E" w14:paraId="4FBD85AE" w14:textId="77777777">
        <w:tc>
          <w:tcPr>
            <w:tcW w:w="1775" w:type="dxa"/>
            <w:vAlign w:val="center"/>
          </w:tcPr>
          <w:p w14:paraId="561D461F" w14:textId="77777777" w:rsidR="00067C7E" w:rsidRDefault="00067C7E"/>
        </w:tc>
        <w:tc>
          <w:tcPr>
            <w:tcW w:w="1775" w:type="dxa"/>
            <w:vAlign w:val="center"/>
          </w:tcPr>
          <w:p w14:paraId="3C17E7EE" w14:textId="77777777" w:rsidR="00067C7E" w:rsidRDefault="00067C7E"/>
        </w:tc>
        <w:tc>
          <w:tcPr>
            <w:tcW w:w="1775" w:type="dxa"/>
            <w:vAlign w:val="center"/>
          </w:tcPr>
          <w:p w14:paraId="7C29790A" w14:textId="77777777" w:rsidR="00067C7E" w:rsidRDefault="00067C7E"/>
        </w:tc>
        <w:tc>
          <w:tcPr>
            <w:tcW w:w="1775" w:type="dxa"/>
            <w:vAlign w:val="center"/>
          </w:tcPr>
          <w:p w14:paraId="5E155DD5" w14:textId="77777777" w:rsidR="00067C7E" w:rsidRDefault="00067C7E"/>
        </w:tc>
        <w:tc>
          <w:tcPr>
            <w:tcW w:w="1775" w:type="dxa"/>
            <w:vAlign w:val="center"/>
          </w:tcPr>
          <w:p w14:paraId="74BD8F1D" w14:textId="77777777" w:rsidR="00067C7E" w:rsidRDefault="00067C7E"/>
        </w:tc>
        <w:tc>
          <w:tcPr>
            <w:tcW w:w="1775" w:type="dxa"/>
            <w:vAlign w:val="center"/>
          </w:tcPr>
          <w:p w14:paraId="27284A77" w14:textId="77777777" w:rsidR="00067C7E" w:rsidRDefault="00067C7E"/>
        </w:tc>
      </w:tr>
      <w:tr w:rsidR="00067C7E" w14:paraId="7C66D1DF" w14:textId="77777777">
        <w:tc>
          <w:tcPr>
            <w:tcW w:w="1775" w:type="dxa"/>
            <w:vAlign w:val="center"/>
          </w:tcPr>
          <w:p w14:paraId="34BE44DF" w14:textId="77777777" w:rsidR="00067C7E" w:rsidRDefault="00067C7E"/>
        </w:tc>
        <w:tc>
          <w:tcPr>
            <w:tcW w:w="1775" w:type="dxa"/>
            <w:vAlign w:val="center"/>
          </w:tcPr>
          <w:p w14:paraId="0264DEA1" w14:textId="77777777" w:rsidR="00067C7E" w:rsidRDefault="00067C7E"/>
        </w:tc>
        <w:tc>
          <w:tcPr>
            <w:tcW w:w="1775" w:type="dxa"/>
            <w:vAlign w:val="center"/>
          </w:tcPr>
          <w:p w14:paraId="72BD8221" w14:textId="77777777" w:rsidR="00067C7E" w:rsidRDefault="00067C7E"/>
        </w:tc>
        <w:tc>
          <w:tcPr>
            <w:tcW w:w="1775" w:type="dxa"/>
            <w:vAlign w:val="center"/>
          </w:tcPr>
          <w:p w14:paraId="6B361C4E" w14:textId="77777777" w:rsidR="00067C7E" w:rsidRDefault="00067C7E"/>
        </w:tc>
        <w:tc>
          <w:tcPr>
            <w:tcW w:w="1775" w:type="dxa"/>
            <w:vAlign w:val="center"/>
          </w:tcPr>
          <w:p w14:paraId="15E8D7E5" w14:textId="77777777" w:rsidR="00067C7E" w:rsidRDefault="00067C7E"/>
        </w:tc>
        <w:tc>
          <w:tcPr>
            <w:tcW w:w="1775" w:type="dxa"/>
            <w:vAlign w:val="center"/>
          </w:tcPr>
          <w:p w14:paraId="20AF33E6" w14:textId="77777777" w:rsidR="00067C7E" w:rsidRDefault="00067C7E"/>
        </w:tc>
      </w:tr>
    </w:tbl>
    <w:p w14:paraId="2F05F24D" w14:textId="77777777" w:rsidR="003B1074" w:rsidRDefault="003B1074">
      <w:pPr>
        <w:spacing w:before="120" w:after="60"/>
        <w:rPr>
          <w:b/>
          <w:sz w:val="20"/>
        </w:rPr>
      </w:pPr>
    </w:p>
    <w:p w14:paraId="0F8E579E" w14:textId="5F5DDD76" w:rsidR="00067C7E" w:rsidRDefault="003B1074">
      <w:pPr>
        <w:spacing w:before="120" w:after="60"/>
      </w:pPr>
      <w:r>
        <w:rPr>
          <w:b/>
          <w:sz w:val="20"/>
        </w:rPr>
        <w:t>H</w:t>
      </w:r>
      <w:r w:rsidR="00E56EE4">
        <w:rPr>
          <w:b/>
          <w:sz w:val="20"/>
        </w:rPr>
        <w:t>) IMPUESTOS INDIRECTOS NO RECUPERABLES O COMPENSABLES</w:t>
      </w:r>
    </w:p>
    <w:p w14:paraId="62C408C3" w14:textId="77777777" w:rsidR="00067C7E" w:rsidRDefault="00E56EE4" w:rsidP="00CE3DF0">
      <w:pPr>
        <w:spacing w:after="60"/>
        <w:jc w:val="both"/>
      </w:pPr>
      <w:r>
        <w:rPr>
          <w:sz w:val="17"/>
        </w:rPr>
        <w:t>Cuando los impuestos indirectos no susceptibles de recuperación o compensación formen parte de la justificación, deberá indicarse mediante declaración responsable qué impuestos pueden considerarse gastos subvencionables.</w:t>
      </w:r>
    </w:p>
    <w:tbl>
      <w:tblPr>
        <w:tblStyle w:val="Tablaconcuadrcula"/>
        <w:tblW w:w="0" w:type="auto"/>
        <w:jc w:val="center"/>
        <w:tblLook w:val="04A0" w:firstRow="1" w:lastRow="0" w:firstColumn="1" w:lastColumn="0" w:noHBand="0" w:noVBand="1"/>
      </w:tblPr>
      <w:tblGrid>
        <w:gridCol w:w="2268"/>
        <w:gridCol w:w="7370"/>
      </w:tblGrid>
      <w:tr w:rsidR="00067C7E" w14:paraId="31AE09DA" w14:textId="77777777">
        <w:trPr>
          <w:jc w:val="center"/>
        </w:trPr>
        <w:tc>
          <w:tcPr>
            <w:tcW w:w="2268" w:type="dxa"/>
            <w:vAlign w:val="center"/>
          </w:tcPr>
          <w:p w14:paraId="1590FBCE" w14:textId="77777777" w:rsidR="00067C7E" w:rsidRDefault="00E56EE4">
            <w:r>
              <w:rPr>
                <w:b/>
                <w:sz w:val="17"/>
              </w:rPr>
              <w:t>Declaración / detalle</w:t>
            </w:r>
          </w:p>
        </w:tc>
        <w:tc>
          <w:tcPr>
            <w:tcW w:w="7370" w:type="dxa"/>
            <w:vAlign w:val="center"/>
          </w:tcPr>
          <w:p w14:paraId="7618D4F1" w14:textId="77777777" w:rsidR="00067C7E" w:rsidRDefault="00067C7E"/>
        </w:tc>
      </w:tr>
    </w:tbl>
    <w:p w14:paraId="4E9846CF" w14:textId="77777777" w:rsidR="00BA42BE" w:rsidRDefault="00BA42BE">
      <w:pPr>
        <w:spacing w:before="120" w:after="60"/>
        <w:rPr>
          <w:b/>
          <w:sz w:val="20"/>
        </w:rPr>
      </w:pPr>
    </w:p>
    <w:p w14:paraId="7CBCC409" w14:textId="6DE9C36C" w:rsidR="00067C7E" w:rsidRDefault="003B1074">
      <w:pPr>
        <w:spacing w:before="120" w:after="60"/>
      </w:pPr>
      <w:r>
        <w:rPr>
          <w:b/>
          <w:sz w:val="20"/>
        </w:rPr>
        <w:t>I</w:t>
      </w:r>
      <w:r w:rsidR="00E56EE4">
        <w:rPr>
          <w:b/>
          <w:sz w:val="20"/>
        </w:rPr>
        <w:t>) REMANENTES NO APLICADOS</w:t>
      </w:r>
    </w:p>
    <w:tbl>
      <w:tblPr>
        <w:tblStyle w:val="Tablaconcuadrcula"/>
        <w:tblW w:w="0" w:type="auto"/>
        <w:jc w:val="center"/>
        <w:tblLook w:val="04A0" w:firstRow="1" w:lastRow="0" w:firstColumn="1" w:lastColumn="0" w:noHBand="0" w:noVBand="1"/>
      </w:tblPr>
      <w:tblGrid>
        <w:gridCol w:w="3685"/>
        <w:gridCol w:w="5953"/>
      </w:tblGrid>
      <w:tr w:rsidR="00067C7E" w14:paraId="2D4BE55F" w14:textId="77777777">
        <w:trPr>
          <w:jc w:val="center"/>
        </w:trPr>
        <w:tc>
          <w:tcPr>
            <w:tcW w:w="3685" w:type="dxa"/>
            <w:vAlign w:val="center"/>
          </w:tcPr>
          <w:p w14:paraId="70B99749" w14:textId="77777777" w:rsidR="00067C7E" w:rsidRDefault="00E56EE4">
            <w:r>
              <w:rPr>
                <w:b/>
                <w:sz w:val="17"/>
              </w:rPr>
              <w:t>¿Existen remanentes no aplicados?</w:t>
            </w:r>
          </w:p>
        </w:tc>
        <w:tc>
          <w:tcPr>
            <w:tcW w:w="5953" w:type="dxa"/>
            <w:vAlign w:val="center"/>
          </w:tcPr>
          <w:p w14:paraId="1AEDBBD7" w14:textId="77777777" w:rsidR="00067C7E" w:rsidRDefault="00E56EE4">
            <w:r>
              <w:rPr>
                <w:sz w:val="17"/>
              </w:rPr>
              <w:t>☐ Sí    ☐ No</w:t>
            </w:r>
          </w:p>
        </w:tc>
      </w:tr>
      <w:tr w:rsidR="00067C7E" w14:paraId="7B2905B5" w14:textId="77777777">
        <w:trPr>
          <w:jc w:val="center"/>
        </w:trPr>
        <w:tc>
          <w:tcPr>
            <w:tcW w:w="3685" w:type="dxa"/>
            <w:vAlign w:val="center"/>
          </w:tcPr>
          <w:p w14:paraId="53AB452D" w14:textId="77777777" w:rsidR="00067C7E" w:rsidRDefault="00E56EE4">
            <w:r>
              <w:rPr>
                <w:b/>
                <w:sz w:val="17"/>
              </w:rPr>
              <w:t>Importe del remanente, en su caso</w:t>
            </w:r>
          </w:p>
        </w:tc>
        <w:tc>
          <w:tcPr>
            <w:tcW w:w="5953" w:type="dxa"/>
            <w:vAlign w:val="center"/>
          </w:tcPr>
          <w:p w14:paraId="6C89BD1D" w14:textId="77777777" w:rsidR="00067C7E" w:rsidRDefault="00067C7E"/>
        </w:tc>
      </w:tr>
      <w:tr w:rsidR="00067C7E" w14:paraId="40EC66FC" w14:textId="77777777">
        <w:trPr>
          <w:jc w:val="center"/>
        </w:trPr>
        <w:tc>
          <w:tcPr>
            <w:tcW w:w="3685" w:type="dxa"/>
            <w:vAlign w:val="center"/>
          </w:tcPr>
          <w:p w14:paraId="6FCCDA7A" w14:textId="77777777" w:rsidR="00067C7E" w:rsidRDefault="00E56EE4">
            <w:r>
              <w:rPr>
                <w:b/>
                <w:sz w:val="17"/>
              </w:rPr>
              <w:t>Carta de pago de reintegro, en su caso</w:t>
            </w:r>
          </w:p>
        </w:tc>
        <w:tc>
          <w:tcPr>
            <w:tcW w:w="5953" w:type="dxa"/>
            <w:vAlign w:val="center"/>
          </w:tcPr>
          <w:p w14:paraId="20E65F8D" w14:textId="77777777" w:rsidR="00067C7E" w:rsidRDefault="00E56EE4">
            <w:r>
              <w:rPr>
                <w:sz w:val="17"/>
              </w:rPr>
              <w:t>☐ Se aporta    ☐ No procede</w:t>
            </w:r>
          </w:p>
        </w:tc>
      </w:tr>
    </w:tbl>
    <w:p w14:paraId="59D0B93B" w14:textId="77777777" w:rsidR="00BA42BE" w:rsidRDefault="00BA42BE">
      <w:pPr>
        <w:spacing w:before="120" w:after="60"/>
        <w:rPr>
          <w:b/>
          <w:sz w:val="20"/>
        </w:rPr>
      </w:pPr>
    </w:p>
    <w:p w14:paraId="13EDE1C6" w14:textId="77777777" w:rsidR="00BA42BE" w:rsidRDefault="00BA42BE" w:rsidP="00BA42BE">
      <w:pPr>
        <w:spacing w:before="120" w:after="60"/>
      </w:pPr>
      <w:r>
        <w:rPr>
          <w:b/>
          <w:sz w:val="20"/>
        </w:rPr>
        <w:t>4. CONTROL DE EQUILIBRIO Y LÍMITES</w:t>
      </w:r>
    </w:p>
    <w:tbl>
      <w:tblPr>
        <w:tblStyle w:val="Tablaconcuadrcula"/>
        <w:tblW w:w="0" w:type="auto"/>
        <w:jc w:val="center"/>
        <w:tblLook w:val="04A0" w:firstRow="1" w:lastRow="0" w:firstColumn="1" w:lastColumn="0" w:noHBand="0" w:noVBand="1"/>
      </w:tblPr>
      <w:tblGrid>
        <w:gridCol w:w="5102"/>
        <w:gridCol w:w="4535"/>
      </w:tblGrid>
      <w:tr w:rsidR="00BA42BE" w14:paraId="64FDFC15" w14:textId="77777777" w:rsidTr="003068E8">
        <w:trPr>
          <w:jc w:val="center"/>
        </w:trPr>
        <w:tc>
          <w:tcPr>
            <w:tcW w:w="5102" w:type="dxa"/>
            <w:vAlign w:val="center"/>
          </w:tcPr>
          <w:p w14:paraId="27FB2A6B" w14:textId="77777777" w:rsidR="00BA42BE" w:rsidRDefault="00BA42BE" w:rsidP="003068E8">
            <w:r>
              <w:rPr>
                <w:b/>
                <w:sz w:val="16"/>
              </w:rPr>
              <w:t xml:space="preserve">Total </w:t>
            </w:r>
            <w:proofErr w:type="spellStart"/>
            <w:r>
              <w:rPr>
                <w:b/>
                <w:sz w:val="16"/>
              </w:rPr>
              <w:t>gastos</w:t>
            </w:r>
            <w:proofErr w:type="spellEnd"/>
          </w:p>
        </w:tc>
        <w:tc>
          <w:tcPr>
            <w:tcW w:w="4535" w:type="dxa"/>
            <w:vAlign w:val="center"/>
          </w:tcPr>
          <w:p w14:paraId="69971B44" w14:textId="77777777" w:rsidR="00BA42BE" w:rsidRDefault="00BA42BE" w:rsidP="003068E8"/>
        </w:tc>
      </w:tr>
      <w:tr w:rsidR="00BA42BE" w14:paraId="631480F0" w14:textId="77777777" w:rsidTr="003068E8">
        <w:trPr>
          <w:jc w:val="center"/>
        </w:trPr>
        <w:tc>
          <w:tcPr>
            <w:tcW w:w="5102" w:type="dxa"/>
            <w:vAlign w:val="center"/>
          </w:tcPr>
          <w:p w14:paraId="7EBC9F8C" w14:textId="77777777" w:rsidR="00BA42BE" w:rsidRDefault="00BA42BE" w:rsidP="003068E8">
            <w:r>
              <w:rPr>
                <w:b/>
                <w:sz w:val="16"/>
              </w:rPr>
              <w:t xml:space="preserve">Total </w:t>
            </w:r>
            <w:proofErr w:type="spellStart"/>
            <w:r>
              <w:rPr>
                <w:b/>
                <w:sz w:val="16"/>
              </w:rPr>
              <w:t>ingresos</w:t>
            </w:r>
            <w:proofErr w:type="spellEnd"/>
          </w:p>
        </w:tc>
        <w:tc>
          <w:tcPr>
            <w:tcW w:w="4535" w:type="dxa"/>
            <w:vAlign w:val="center"/>
          </w:tcPr>
          <w:p w14:paraId="2541A99C" w14:textId="77777777" w:rsidR="00BA42BE" w:rsidRDefault="00BA42BE" w:rsidP="003068E8"/>
        </w:tc>
      </w:tr>
      <w:tr w:rsidR="00BA42BE" w14:paraId="3D8BDE6E" w14:textId="77777777" w:rsidTr="003068E8">
        <w:trPr>
          <w:jc w:val="center"/>
        </w:trPr>
        <w:tc>
          <w:tcPr>
            <w:tcW w:w="5102" w:type="dxa"/>
            <w:vAlign w:val="center"/>
          </w:tcPr>
          <w:p w14:paraId="24A36B07" w14:textId="77777777" w:rsidR="00BA42BE" w:rsidRDefault="00BA42BE" w:rsidP="003068E8">
            <w:proofErr w:type="spellStart"/>
            <w:r>
              <w:rPr>
                <w:b/>
                <w:sz w:val="16"/>
              </w:rPr>
              <w:t>Diferencia</w:t>
            </w:r>
            <w:proofErr w:type="spellEnd"/>
            <w:r>
              <w:rPr>
                <w:b/>
                <w:sz w:val="16"/>
              </w:rPr>
              <w:t xml:space="preserve"> entre </w:t>
            </w:r>
            <w:proofErr w:type="spellStart"/>
            <w:r>
              <w:rPr>
                <w:b/>
                <w:sz w:val="16"/>
              </w:rPr>
              <w:t>ingresos</w:t>
            </w:r>
            <w:proofErr w:type="spellEnd"/>
            <w:r>
              <w:rPr>
                <w:b/>
                <w:sz w:val="16"/>
              </w:rPr>
              <w:t xml:space="preserve"> y </w:t>
            </w:r>
            <w:proofErr w:type="spellStart"/>
            <w:r>
              <w:rPr>
                <w:b/>
                <w:sz w:val="16"/>
              </w:rPr>
              <w:t>gastos</w:t>
            </w:r>
            <w:proofErr w:type="spellEnd"/>
          </w:p>
        </w:tc>
        <w:tc>
          <w:tcPr>
            <w:tcW w:w="4535" w:type="dxa"/>
            <w:vAlign w:val="center"/>
          </w:tcPr>
          <w:p w14:paraId="2C4DBE57" w14:textId="77777777" w:rsidR="00BA42BE" w:rsidRDefault="00BA42BE" w:rsidP="003068E8"/>
        </w:tc>
      </w:tr>
      <w:tr w:rsidR="00BA42BE" w14:paraId="346DCD05" w14:textId="77777777" w:rsidTr="003068E8">
        <w:trPr>
          <w:jc w:val="center"/>
        </w:trPr>
        <w:tc>
          <w:tcPr>
            <w:tcW w:w="5102" w:type="dxa"/>
            <w:vAlign w:val="center"/>
          </w:tcPr>
          <w:p w14:paraId="39E0FF19" w14:textId="77777777" w:rsidR="00BA42BE" w:rsidRDefault="00BA42BE" w:rsidP="003068E8">
            <w:proofErr w:type="spellStart"/>
            <w:r>
              <w:rPr>
                <w:b/>
                <w:sz w:val="16"/>
              </w:rPr>
              <w:t>Importe</w:t>
            </w:r>
            <w:proofErr w:type="spellEnd"/>
            <w:r>
              <w:rPr>
                <w:b/>
                <w:sz w:val="16"/>
              </w:rPr>
              <w:t xml:space="preserve"> </w:t>
            </w:r>
            <w:proofErr w:type="spellStart"/>
            <w:r>
              <w:rPr>
                <w:b/>
                <w:sz w:val="16"/>
              </w:rPr>
              <w:t>solicitado</w:t>
            </w:r>
            <w:proofErr w:type="spellEnd"/>
            <w:r>
              <w:rPr>
                <w:b/>
                <w:sz w:val="16"/>
              </w:rPr>
              <w:t xml:space="preserve"> al IMAE</w:t>
            </w:r>
          </w:p>
        </w:tc>
        <w:tc>
          <w:tcPr>
            <w:tcW w:w="4535" w:type="dxa"/>
            <w:vAlign w:val="center"/>
          </w:tcPr>
          <w:p w14:paraId="07A73375" w14:textId="77777777" w:rsidR="00BA42BE" w:rsidRDefault="00BA42BE" w:rsidP="003068E8"/>
        </w:tc>
      </w:tr>
      <w:tr w:rsidR="00BA42BE" w14:paraId="4F791DBF" w14:textId="77777777" w:rsidTr="003068E8">
        <w:trPr>
          <w:jc w:val="center"/>
        </w:trPr>
        <w:tc>
          <w:tcPr>
            <w:tcW w:w="5102" w:type="dxa"/>
            <w:vAlign w:val="center"/>
          </w:tcPr>
          <w:p w14:paraId="735F1786" w14:textId="77777777" w:rsidR="00BA42BE" w:rsidRDefault="00BA42BE" w:rsidP="003068E8">
            <w:proofErr w:type="spellStart"/>
            <w:r>
              <w:rPr>
                <w:b/>
                <w:sz w:val="16"/>
              </w:rPr>
              <w:t>Porcentaje</w:t>
            </w:r>
            <w:proofErr w:type="spellEnd"/>
            <w:r>
              <w:rPr>
                <w:b/>
                <w:sz w:val="16"/>
              </w:rPr>
              <w:t xml:space="preserve"> que </w:t>
            </w:r>
            <w:proofErr w:type="spellStart"/>
            <w:r>
              <w:rPr>
                <w:b/>
                <w:sz w:val="16"/>
              </w:rPr>
              <w:t>representa</w:t>
            </w:r>
            <w:proofErr w:type="spellEnd"/>
            <w:r>
              <w:rPr>
                <w:b/>
                <w:sz w:val="16"/>
              </w:rPr>
              <w:t xml:space="preserve"> la </w:t>
            </w:r>
            <w:proofErr w:type="spellStart"/>
            <w:r>
              <w:rPr>
                <w:b/>
                <w:sz w:val="16"/>
              </w:rPr>
              <w:t>ayuda</w:t>
            </w:r>
            <w:proofErr w:type="spellEnd"/>
            <w:r>
              <w:rPr>
                <w:b/>
                <w:sz w:val="16"/>
              </w:rPr>
              <w:t xml:space="preserve"> </w:t>
            </w:r>
            <w:proofErr w:type="spellStart"/>
            <w:r>
              <w:rPr>
                <w:b/>
                <w:sz w:val="16"/>
              </w:rPr>
              <w:t>solicitada</w:t>
            </w:r>
            <w:proofErr w:type="spellEnd"/>
            <w:r>
              <w:rPr>
                <w:b/>
                <w:sz w:val="16"/>
              </w:rPr>
              <w:t xml:space="preserve"> </w:t>
            </w:r>
            <w:proofErr w:type="spellStart"/>
            <w:r>
              <w:rPr>
                <w:b/>
                <w:sz w:val="16"/>
              </w:rPr>
              <w:t>sobre</w:t>
            </w:r>
            <w:proofErr w:type="spellEnd"/>
            <w:r>
              <w:rPr>
                <w:b/>
                <w:sz w:val="16"/>
              </w:rPr>
              <w:t xml:space="preserve"> </w:t>
            </w:r>
            <w:proofErr w:type="spellStart"/>
            <w:r>
              <w:rPr>
                <w:b/>
                <w:sz w:val="16"/>
              </w:rPr>
              <w:t>el</w:t>
            </w:r>
            <w:proofErr w:type="spellEnd"/>
            <w:r>
              <w:rPr>
                <w:b/>
                <w:sz w:val="16"/>
              </w:rPr>
              <w:t xml:space="preserve"> </w:t>
            </w:r>
            <w:proofErr w:type="spellStart"/>
            <w:r>
              <w:rPr>
                <w:b/>
                <w:sz w:val="16"/>
              </w:rPr>
              <w:t>presupuesto</w:t>
            </w:r>
            <w:proofErr w:type="spellEnd"/>
            <w:r>
              <w:rPr>
                <w:b/>
                <w:sz w:val="16"/>
              </w:rPr>
              <w:t xml:space="preserve"> total</w:t>
            </w:r>
          </w:p>
        </w:tc>
        <w:tc>
          <w:tcPr>
            <w:tcW w:w="4535" w:type="dxa"/>
            <w:vAlign w:val="center"/>
          </w:tcPr>
          <w:p w14:paraId="2216604D" w14:textId="77777777" w:rsidR="00BA42BE" w:rsidRDefault="00BA42BE" w:rsidP="003068E8"/>
        </w:tc>
      </w:tr>
      <w:tr w:rsidR="00BA42BE" w14:paraId="3986E7BC" w14:textId="77777777" w:rsidTr="003068E8">
        <w:trPr>
          <w:jc w:val="center"/>
        </w:trPr>
        <w:tc>
          <w:tcPr>
            <w:tcW w:w="5102" w:type="dxa"/>
            <w:vAlign w:val="center"/>
          </w:tcPr>
          <w:p w14:paraId="747715EE" w14:textId="77777777" w:rsidR="00BA42BE" w:rsidRDefault="00BA42BE" w:rsidP="003068E8">
            <w:r>
              <w:rPr>
                <w:b/>
                <w:sz w:val="16"/>
              </w:rPr>
              <w:t xml:space="preserve">¿Supera </w:t>
            </w:r>
            <w:proofErr w:type="spellStart"/>
            <w:r>
              <w:rPr>
                <w:b/>
                <w:sz w:val="16"/>
              </w:rPr>
              <w:t>el</w:t>
            </w:r>
            <w:proofErr w:type="spellEnd"/>
            <w:r>
              <w:rPr>
                <w:b/>
                <w:sz w:val="16"/>
              </w:rPr>
              <w:t xml:space="preserve"> 80% del </w:t>
            </w:r>
            <w:proofErr w:type="spellStart"/>
            <w:r>
              <w:rPr>
                <w:b/>
                <w:sz w:val="16"/>
              </w:rPr>
              <w:t>presupuesto</w:t>
            </w:r>
            <w:proofErr w:type="spellEnd"/>
            <w:r>
              <w:rPr>
                <w:b/>
                <w:sz w:val="16"/>
              </w:rPr>
              <w:t xml:space="preserve"> total?</w:t>
            </w:r>
          </w:p>
        </w:tc>
        <w:tc>
          <w:tcPr>
            <w:tcW w:w="4535" w:type="dxa"/>
            <w:vAlign w:val="center"/>
          </w:tcPr>
          <w:p w14:paraId="17913ABB" w14:textId="77777777" w:rsidR="00BA42BE" w:rsidRDefault="00BA42BE" w:rsidP="003068E8">
            <w:r>
              <w:rPr>
                <w:sz w:val="16"/>
              </w:rPr>
              <w:t xml:space="preserve">☐ </w:t>
            </w:r>
            <w:proofErr w:type="spellStart"/>
            <w:r>
              <w:rPr>
                <w:sz w:val="16"/>
              </w:rPr>
              <w:t>Sí</w:t>
            </w:r>
            <w:proofErr w:type="spellEnd"/>
            <w:r>
              <w:rPr>
                <w:sz w:val="16"/>
              </w:rPr>
              <w:t xml:space="preserve">    ☐ No</w:t>
            </w:r>
          </w:p>
        </w:tc>
      </w:tr>
      <w:tr w:rsidR="00BA42BE" w14:paraId="36F2A94C" w14:textId="77777777" w:rsidTr="003068E8">
        <w:trPr>
          <w:jc w:val="center"/>
        </w:trPr>
        <w:tc>
          <w:tcPr>
            <w:tcW w:w="5102" w:type="dxa"/>
            <w:vAlign w:val="center"/>
          </w:tcPr>
          <w:p w14:paraId="0774DBEF" w14:textId="77777777" w:rsidR="00BA42BE" w:rsidRDefault="00BA42BE" w:rsidP="003068E8">
            <w:r>
              <w:rPr>
                <w:b/>
                <w:sz w:val="16"/>
              </w:rPr>
              <w:t>¿</w:t>
            </w:r>
            <w:proofErr w:type="spellStart"/>
            <w:r>
              <w:rPr>
                <w:b/>
                <w:sz w:val="16"/>
              </w:rPr>
              <w:t>Supera</w:t>
            </w:r>
            <w:proofErr w:type="spellEnd"/>
            <w:r>
              <w:rPr>
                <w:b/>
                <w:sz w:val="16"/>
              </w:rPr>
              <w:t xml:space="preserve"> </w:t>
            </w:r>
            <w:proofErr w:type="spellStart"/>
            <w:r>
              <w:rPr>
                <w:b/>
                <w:sz w:val="16"/>
              </w:rPr>
              <w:t>el</w:t>
            </w:r>
            <w:proofErr w:type="spellEnd"/>
            <w:r>
              <w:rPr>
                <w:b/>
                <w:sz w:val="16"/>
              </w:rPr>
              <w:t xml:space="preserve"> </w:t>
            </w:r>
            <w:proofErr w:type="spellStart"/>
            <w:r>
              <w:rPr>
                <w:b/>
                <w:sz w:val="16"/>
              </w:rPr>
              <w:t>límite</w:t>
            </w:r>
            <w:proofErr w:type="spellEnd"/>
            <w:r>
              <w:rPr>
                <w:b/>
                <w:sz w:val="16"/>
              </w:rPr>
              <w:t xml:space="preserve"> </w:t>
            </w:r>
            <w:proofErr w:type="spellStart"/>
            <w:r>
              <w:rPr>
                <w:b/>
                <w:sz w:val="16"/>
              </w:rPr>
              <w:t>máximo</w:t>
            </w:r>
            <w:proofErr w:type="spellEnd"/>
            <w:r>
              <w:rPr>
                <w:b/>
                <w:sz w:val="16"/>
              </w:rPr>
              <w:t xml:space="preserve"> por </w:t>
            </w:r>
            <w:proofErr w:type="spellStart"/>
            <w:r>
              <w:rPr>
                <w:b/>
                <w:sz w:val="16"/>
              </w:rPr>
              <w:t>proyecto</w:t>
            </w:r>
            <w:proofErr w:type="spellEnd"/>
            <w:r>
              <w:rPr>
                <w:b/>
                <w:sz w:val="16"/>
              </w:rPr>
              <w:t xml:space="preserve"> y </w:t>
            </w:r>
            <w:proofErr w:type="spellStart"/>
            <w:r>
              <w:rPr>
                <w:b/>
                <w:sz w:val="16"/>
              </w:rPr>
              <w:t>anualidad</w:t>
            </w:r>
            <w:proofErr w:type="spellEnd"/>
            <w:r>
              <w:rPr>
                <w:b/>
                <w:sz w:val="16"/>
              </w:rPr>
              <w:t xml:space="preserve"> </w:t>
            </w:r>
            <w:proofErr w:type="spellStart"/>
            <w:r>
              <w:rPr>
                <w:b/>
                <w:sz w:val="16"/>
              </w:rPr>
              <w:t>previsto</w:t>
            </w:r>
            <w:proofErr w:type="spellEnd"/>
            <w:r>
              <w:rPr>
                <w:b/>
                <w:sz w:val="16"/>
              </w:rPr>
              <w:t xml:space="preserve"> </w:t>
            </w:r>
            <w:proofErr w:type="spellStart"/>
            <w:r>
              <w:rPr>
                <w:b/>
                <w:sz w:val="16"/>
              </w:rPr>
              <w:t>en</w:t>
            </w:r>
            <w:proofErr w:type="spellEnd"/>
            <w:r>
              <w:rPr>
                <w:b/>
                <w:sz w:val="16"/>
              </w:rPr>
              <w:t xml:space="preserve"> las bases?</w:t>
            </w:r>
          </w:p>
        </w:tc>
        <w:tc>
          <w:tcPr>
            <w:tcW w:w="4535" w:type="dxa"/>
            <w:vAlign w:val="center"/>
          </w:tcPr>
          <w:p w14:paraId="292621FD" w14:textId="77777777" w:rsidR="00BA42BE" w:rsidRDefault="00BA42BE" w:rsidP="003068E8">
            <w:r>
              <w:rPr>
                <w:sz w:val="16"/>
              </w:rPr>
              <w:t xml:space="preserve">☐ </w:t>
            </w:r>
            <w:proofErr w:type="spellStart"/>
            <w:r>
              <w:rPr>
                <w:sz w:val="16"/>
              </w:rPr>
              <w:t>Sí</w:t>
            </w:r>
            <w:proofErr w:type="spellEnd"/>
            <w:r>
              <w:rPr>
                <w:sz w:val="16"/>
              </w:rPr>
              <w:t xml:space="preserve">    ☐ No</w:t>
            </w:r>
          </w:p>
        </w:tc>
      </w:tr>
    </w:tbl>
    <w:p w14:paraId="16559FE7" w14:textId="77777777" w:rsidR="00BA42BE" w:rsidRDefault="00BA42BE" w:rsidP="00BA42BE">
      <w:pPr>
        <w:spacing w:after="60"/>
        <w:rPr>
          <w:sz w:val="17"/>
        </w:rPr>
      </w:pPr>
    </w:p>
    <w:p w14:paraId="3F2078E9" w14:textId="3318AE56" w:rsidR="00BA42BE" w:rsidRPr="00BA42BE" w:rsidRDefault="00BA42BE" w:rsidP="00BA42BE">
      <w:pPr>
        <w:spacing w:after="60"/>
        <w:rPr>
          <w:sz w:val="17"/>
        </w:rPr>
      </w:pPr>
      <w:r>
        <w:rPr>
          <w:sz w:val="17"/>
        </w:rPr>
        <w:t xml:space="preserve">La persona o </w:t>
      </w:r>
      <w:proofErr w:type="spellStart"/>
      <w:r>
        <w:rPr>
          <w:sz w:val="17"/>
        </w:rPr>
        <w:t>entidad</w:t>
      </w:r>
      <w:proofErr w:type="spellEnd"/>
      <w:r>
        <w:rPr>
          <w:sz w:val="17"/>
        </w:rPr>
        <w:t xml:space="preserve"> </w:t>
      </w:r>
      <w:proofErr w:type="spellStart"/>
      <w:r>
        <w:rPr>
          <w:sz w:val="17"/>
        </w:rPr>
        <w:t>solicitante</w:t>
      </w:r>
      <w:proofErr w:type="spellEnd"/>
      <w:r>
        <w:rPr>
          <w:sz w:val="17"/>
        </w:rPr>
        <w:t xml:space="preserve"> </w:t>
      </w:r>
      <w:proofErr w:type="spellStart"/>
      <w:r>
        <w:rPr>
          <w:sz w:val="17"/>
        </w:rPr>
        <w:t>declara</w:t>
      </w:r>
      <w:proofErr w:type="spellEnd"/>
      <w:r>
        <w:rPr>
          <w:sz w:val="17"/>
        </w:rPr>
        <w:t xml:space="preserve"> que los </w:t>
      </w:r>
      <w:proofErr w:type="spellStart"/>
      <w:r>
        <w:rPr>
          <w:sz w:val="17"/>
        </w:rPr>
        <w:t>ingresos</w:t>
      </w:r>
      <w:proofErr w:type="spellEnd"/>
      <w:r>
        <w:rPr>
          <w:sz w:val="17"/>
        </w:rPr>
        <w:t xml:space="preserve"> y </w:t>
      </w:r>
      <w:proofErr w:type="spellStart"/>
      <w:r>
        <w:rPr>
          <w:sz w:val="17"/>
        </w:rPr>
        <w:t>gastos</w:t>
      </w:r>
      <w:proofErr w:type="spellEnd"/>
      <w:r>
        <w:rPr>
          <w:sz w:val="17"/>
        </w:rPr>
        <w:t xml:space="preserve"> </w:t>
      </w:r>
      <w:proofErr w:type="spellStart"/>
      <w:r>
        <w:rPr>
          <w:sz w:val="17"/>
        </w:rPr>
        <w:t>consignados</w:t>
      </w:r>
      <w:proofErr w:type="spellEnd"/>
      <w:r>
        <w:rPr>
          <w:sz w:val="17"/>
        </w:rPr>
        <w:t xml:space="preserve"> son </w:t>
      </w:r>
      <w:proofErr w:type="spellStart"/>
      <w:r>
        <w:rPr>
          <w:sz w:val="17"/>
        </w:rPr>
        <w:t>ciertos</w:t>
      </w:r>
      <w:proofErr w:type="spellEnd"/>
      <w:r>
        <w:rPr>
          <w:sz w:val="17"/>
        </w:rPr>
        <w:t xml:space="preserve">, sin </w:t>
      </w:r>
      <w:proofErr w:type="spellStart"/>
      <w:r>
        <w:rPr>
          <w:sz w:val="17"/>
        </w:rPr>
        <w:t>perjuicio</w:t>
      </w:r>
      <w:proofErr w:type="spellEnd"/>
      <w:r>
        <w:rPr>
          <w:sz w:val="17"/>
        </w:rPr>
        <w:t xml:space="preserve"> de las </w:t>
      </w:r>
      <w:proofErr w:type="spellStart"/>
      <w:r>
        <w:rPr>
          <w:sz w:val="17"/>
        </w:rPr>
        <w:t>comprobaciones</w:t>
      </w:r>
      <w:proofErr w:type="spellEnd"/>
      <w:r>
        <w:rPr>
          <w:sz w:val="17"/>
        </w:rPr>
        <w:t xml:space="preserve"> que </w:t>
      </w:r>
      <w:proofErr w:type="spellStart"/>
      <w:r>
        <w:rPr>
          <w:sz w:val="17"/>
        </w:rPr>
        <w:t>procedan</w:t>
      </w:r>
      <w:proofErr w:type="spellEnd"/>
      <w:r>
        <w:rPr>
          <w:sz w:val="17"/>
        </w:rPr>
        <w:t xml:space="preserve">; </w:t>
      </w:r>
      <w:proofErr w:type="spellStart"/>
      <w:r>
        <w:rPr>
          <w:sz w:val="17"/>
        </w:rPr>
        <w:t>asimismo</w:t>
      </w:r>
      <w:proofErr w:type="spellEnd"/>
      <w:r>
        <w:rPr>
          <w:sz w:val="17"/>
        </w:rPr>
        <w:t>, l</w:t>
      </w:r>
      <w:r w:rsidRPr="00BB7DFE">
        <w:rPr>
          <w:sz w:val="17"/>
          <w:lang w:val="es-ES"/>
        </w:rPr>
        <w:t xml:space="preserve">a entidad declara que los ingresos, ayudas, patrocinios, aportaciones y demás recursos </w:t>
      </w:r>
      <w:r>
        <w:rPr>
          <w:sz w:val="17"/>
          <w:lang w:val="es-ES"/>
        </w:rPr>
        <w:t>previstos</w:t>
      </w:r>
      <w:r w:rsidRPr="00BB7DFE">
        <w:rPr>
          <w:sz w:val="17"/>
          <w:lang w:val="es-ES"/>
        </w:rPr>
        <w:t xml:space="preserve"> comprenden la totalidad de los ingresos y fuentes de financiación vinculados al proyecto, y que la ayuda solicitada al IMAE no excede del déficit de explotación del proyecto, ni de los límites establecidos en las bases y en el artículo 53 del Reglamento (UE) n.º 651/2014.</w:t>
      </w:r>
    </w:p>
    <w:p w14:paraId="5BCB548A" w14:textId="77777777" w:rsidR="00BA42BE" w:rsidRDefault="00BA42BE" w:rsidP="00BA42BE">
      <w:pPr>
        <w:spacing w:after="60"/>
      </w:pPr>
      <w:r>
        <w:t xml:space="preserve">Las </w:t>
      </w:r>
      <w:proofErr w:type="spellStart"/>
      <w:r>
        <w:t>ayudas</w:t>
      </w:r>
      <w:proofErr w:type="spellEnd"/>
      <w:r>
        <w:t xml:space="preserve"> </w:t>
      </w:r>
      <w:proofErr w:type="spellStart"/>
      <w:r>
        <w:t>están</w:t>
      </w:r>
      <w:proofErr w:type="spellEnd"/>
      <w:r>
        <w:t xml:space="preserve"> </w:t>
      </w:r>
      <w:proofErr w:type="spellStart"/>
      <w:r>
        <w:t>acogidas</w:t>
      </w:r>
      <w:proofErr w:type="spellEnd"/>
      <w:r>
        <w:t xml:space="preserve"> al </w:t>
      </w:r>
      <w:proofErr w:type="spellStart"/>
      <w:r>
        <w:t>régimen</w:t>
      </w:r>
      <w:proofErr w:type="spellEnd"/>
      <w:r>
        <w:t xml:space="preserve"> de </w:t>
      </w:r>
      <w:proofErr w:type="spellStart"/>
      <w:r>
        <w:t>exención</w:t>
      </w:r>
      <w:proofErr w:type="spellEnd"/>
      <w:r>
        <w:t xml:space="preserve"> del art. 53 del </w:t>
      </w:r>
      <w:proofErr w:type="spellStart"/>
      <w:r>
        <w:t>Reglamento</w:t>
      </w:r>
      <w:proofErr w:type="spellEnd"/>
      <w:r>
        <w:t xml:space="preserve"> (UE) </w:t>
      </w:r>
      <w:proofErr w:type="gramStart"/>
      <w:r>
        <w:t>n.º</w:t>
      </w:r>
      <w:proofErr w:type="gramEnd"/>
      <w:r>
        <w:t xml:space="preserve"> 651/2014. La </w:t>
      </w:r>
      <w:proofErr w:type="spellStart"/>
      <w:r>
        <w:t>intensidad</w:t>
      </w:r>
      <w:proofErr w:type="spellEnd"/>
      <w:r>
        <w:t xml:space="preserve"> de las </w:t>
      </w:r>
      <w:proofErr w:type="spellStart"/>
      <w:r>
        <w:t>ayudas</w:t>
      </w:r>
      <w:proofErr w:type="spellEnd"/>
      <w:r>
        <w:t xml:space="preserve"> </w:t>
      </w:r>
      <w:proofErr w:type="spellStart"/>
      <w:r>
        <w:t>públicas</w:t>
      </w:r>
      <w:proofErr w:type="spellEnd"/>
      <w:r>
        <w:t xml:space="preserve"> </w:t>
      </w:r>
      <w:proofErr w:type="spellStart"/>
      <w:r>
        <w:t>concurrentes</w:t>
      </w:r>
      <w:proofErr w:type="spellEnd"/>
      <w:r>
        <w:t xml:space="preserve"> no </w:t>
      </w:r>
      <w:proofErr w:type="spellStart"/>
      <w:r>
        <w:t>podrá</w:t>
      </w:r>
      <w:proofErr w:type="spellEnd"/>
      <w:r>
        <w:t xml:space="preserve"> </w:t>
      </w:r>
      <w:proofErr w:type="spellStart"/>
      <w:r>
        <w:t>superar</w:t>
      </w:r>
      <w:proofErr w:type="spellEnd"/>
      <w:r>
        <w:t xml:space="preserve"> los </w:t>
      </w:r>
      <w:proofErr w:type="spellStart"/>
      <w:r>
        <w:t>límites</w:t>
      </w:r>
      <w:proofErr w:type="spellEnd"/>
      <w:r>
        <w:t xml:space="preserve"> e </w:t>
      </w:r>
      <w:proofErr w:type="spellStart"/>
      <w:r>
        <w:t>intensidades</w:t>
      </w:r>
      <w:proofErr w:type="spellEnd"/>
      <w:r>
        <w:t xml:space="preserve"> </w:t>
      </w:r>
      <w:proofErr w:type="spellStart"/>
      <w:r>
        <w:t>máximas</w:t>
      </w:r>
      <w:proofErr w:type="spellEnd"/>
      <w:r>
        <w:t xml:space="preserve"> </w:t>
      </w:r>
      <w:proofErr w:type="spellStart"/>
      <w:r>
        <w:t>previstos</w:t>
      </w:r>
      <w:proofErr w:type="spellEnd"/>
      <w:r>
        <w:t xml:space="preserve"> </w:t>
      </w:r>
      <w:proofErr w:type="spellStart"/>
      <w:r>
        <w:t>en</w:t>
      </w:r>
      <w:proofErr w:type="spellEnd"/>
      <w:r>
        <w:t xml:space="preserve"> </w:t>
      </w:r>
      <w:proofErr w:type="spellStart"/>
      <w:r>
        <w:t>dicho</w:t>
      </w:r>
      <w:proofErr w:type="spellEnd"/>
      <w:r>
        <w:t xml:space="preserve"> </w:t>
      </w:r>
      <w:proofErr w:type="spellStart"/>
      <w:r>
        <w:t>artículo</w:t>
      </w:r>
      <w:proofErr w:type="spellEnd"/>
      <w:r>
        <w:t xml:space="preserve"> (</w:t>
      </w:r>
      <w:proofErr w:type="spellStart"/>
      <w:r>
        <w:t>en</w:t>
      </w:r>
      <w:proofErr w:type="spellEnd"/>
      <w:r>
        <w:t xml:space="preserve"> particular el 80 % de los </w:t>
      </w:r>
      <w:proofErr w:type="spellStart"/>
      <w:r>
        <w:t>costes</w:t>
      </w:r>
      <w:proofErr w:type="spellEnd"/>
      <w:r>
        <w:t xml:space="preserve"> </w:t>
      </w:r>
      <w:proofErr w:type="spellStart"/>
      <w:r>
        <w:t>subvencionables</w:t>
      </w:r>
      <w:proofErr w:type="spellEnd"/>
      <w:r>
        <w:t>).</w:t>
      </w:r>
    </w:p>
    <w:p w14:paraId="2277206E" w14:textId="77777777" w:rsidR="00BA42BE" w:rsidRDefault="00BA42BE" w:rsidP="00BA42BE">
      <w:pPr>
        <w:spacing w:after="60"/>
        <w:rPr>
          <w:i/>
          <w:sz w:val="17"/>
        </w:rPr>
      </w:pPr>
      <w:r>
        <w:rPr>
          <w:i/>
          <w:sz w:val="17"/>
        </w:rPr>
        <w:t xml:space="preserve">Se </w:t>
      </w:r>
      <w:proofErr w:type="spellStart"/>
      <w:r>
        <w:rPr>
          <w:i/>
          <w:sz w:val="17"/>
        </w:rPr>
        <w:t>recuerda</w:t>
      </w:r>
      <w:proofErr w:type="spellEnd"/>
      <w:r>
        <w:rPr>
          <w:i/>
          <w:sz w:val="17"/>
        </w:rPr>
        <w:t xml:space="preserve"> que la </w:t>
      </w:r>
      <w:proofErr w:type="spellStart"/>
      <w:r>
        <w:rPr>
          <w:i/>
          <w:sz w:val="17"/>
        </w:rPr>
        <w:t>ayuda</w:t>
      </w:r>
      <w:proofErr w:type="spellEnd"/>
      <w:r>
        <w:rPr>
          <w:i/>
          <w:sz w:val="17"/>
        </w:rPr>
        <w:t xml:space="preserve"> </w:t>
      </w:r>
      <w:proofErr w:type="spellStart"/>
      <w:r>
        <w:rPr>
          <w:i/>
          <w:sz w:val="17"/>
        </w:rPr>
        <w:t>prevista</w:t>
      </w:r>
      <w:proofErr w:type="spellEnd"/>
      <w:r>
        <w:rPr>
          <w:i/>
          <w:sz w:val="17"/>
        </w:rPr>
        <w:t xml:space="preserve"> </w:t>
      </w:r>
      <w:proofErr w:type="spellStart"/>
      <w:r>
        <w:rPr>
          <w:i/>
          <w:sz w:val="17"/>
        </w:rPr>
        <w:t>en</w:t>
      </w:r>
      <w:proofErr w:type="spellEnd"/>
      <w:r>
        <w:rPr>
          <w:i/>
          <w:sz w:val="17"/>
        </w:rPr>
        <w:t xml:space="preserve"> la </w:t>
      </w:r>
      <w:proofErr w:type="spellStart"/>
      <w:r>
        <w:rPr>
          <w:i/>
          <w:sz w:val="17"/>
        </w:rPr>
        <w:t>convocatoria</w:t>
      </w:r>
      <w:proofErr w:type="spellEnd"/>
      <w:r>
        <w:rPr>
          <w:i/>
          <w:sz w:val="17"/>
        </w:rPr>
        <w:t xml:space="preserve"> es incompatible con la </w:t>
      </w:r>
      <w:proofErr w:type="spellStart"/>
      <w:r>
        <w:rPr>
          <w:i/>
          <w:sz w:val="17"/>
        </w:rPr>
        <w:t>percepción</w:t>
      </w:r>
      <w:proofErr w:type="spellEnd"/>
      <w:r>
        <w:rPr>
          <w:i/>
          <w:sz w:val="17"/>
        </w:rPr>
        <w:t xml:space="preserve"> de </w:t>
      </w:r>
      <w:proofErr w:type="spellStart"/>
      <w:r>
        <w:rPr>
          <w:i/>
          <w:sz w:val="17"/>
        </w:rPr>
        <w:t>cualquier</w:t>
      </w:r>
      <w:proofErr w:type="spellEnd"/>
      <w:r>
        <w:rPr>
          <w:i/>
          <w:sz w:val="17"/>
        </w:rPr>
        <w:t xml:space="preserve"> </w:t>
      </w:r>
      <w:proofErr w:type="spellStart"/>
      <w:r>
        <w:rPr>
          <w:i/>
          <w:sz w:val="17"/>
        </w:rPr>
        <w:t>otra</w:t>
      </w:r>
      <w:proofErr w:type="spellEnd"/>
      <w:r>
        <w:rPr>
          <w:i/>
          <w:sz w:val="17"/>
        </w:rPr>
        <w:t xml:space="preserve"> </w:t>
      </w:r>
      <w:proofErr w:type="spellStart"/>
      <w:r>
        <w:rPr>
          <w:i/>
          <w:sz w:val="17"/>
        </w:rPr>
        <w:t>subvención</w:t>
      </w:r>
      <w:proofErr w:type="spellEnd"/>
      <w:r>
        <w:rPr>
          <w:i/>
          <w:sz w:val="17"/>
        </w:rPr>
        <w:t xml:space="preserve"> o </w:t>
      </w:r>
      <w:proofErr w:type="spellStart"/>
      <w:r>
        <w:rPr>
          <w:i/>
          <w:sz w:val="17"/>
        </w:rPr>
        <w:t>patrocinio</w:t>
      </w:r>
      <w:proofErr w:type="spellEnd"/>
      <w:r>
        <w:rPr>
          <w:i/>
          <w:sz w:val="17"/>
        </w:rPr>
        <w:t xml:space="preserve"> que </w:t>
      </w:r>
      <w:proofErr w:type="spellStart"/>
      <w:r>
        <w:rPr>
          <w:i/>
          <w:sz w:val="17"/>
        </w:rPr>
        <w:t>durante</w:t>
      </w:r>
      <w:proofErr w:type="spellEnd"/>
      <w:r>
        <w:rPr>
          <w:i/>
          <w:sz w:val="17"/>
        </w:rPr>
        <w:t xml:space="preserve"> </w:t>
      </w:r>
      <w:proofErr w:type="spellStart"/>
      <w:r>
        <w:rPr>
          <w:i/>
          <w:sz w:val="17"/>
        </w:rPr>
        <w:t>el</w:t>
      </w:r>
      <w:proofErr w:type="spellEnd"/>
      <w:r>
        <w:rPr>
          <w:i/>
          <w:sz w:val="17"/>
        </w:rPr>
        <w:t xml:space="preserve"> </w:t>
      </w:r>
      <w:proofErr w:type="spellStart"/>
      <w:r>
        <w:rPr>
          <w:i/>
          <w:sz w:val="17"/>
        </w:rPr>
        <w:t>periodo</w:t>
      </w:r>
      <w:proofErr w:type="spellEnd"/>
      <w:r>
        <w:rPr>
          <w:i/>
          <w:sz w:val="17"/>
        </w:rPr>
        <w:t xml:space="preserve"> </w:t>
      </w:r>
      <w:proofErr w:type="spellStart"/>
      <w:r>
        <w:rPr>
          <w:i/>
          <w:sz w:val="17"/>
        </w:rPr>
        <w:t>subvencionable</w:t>
      </w:r>
      <w:proofErr w:type="spellEnd"/>
      <w:r>
        <w:rPr>
          <w:i/>
          <w:sz w:val="17"/>
        </w:rPr>
        <w:t xml:space="preserve"> </w:t>
      </w:r>
      <w:proofErr w:type="spellStart"/>
      <w:r>
        <w:rPr>
          <w:i/>
          <w:sz w:val="17"/>
        </w:rPr>
        <w:t>promueva</w:t>
      </w:r>
      <w:proofErr w:type="spellEnd"/>
      <w:r>
        <w:rPr>
          <w:i/>
          <w:sz w:val="17"/>
        </w:rPr>
        <w:t xml:space="preserve"> </w:t>
      </w:r>
      <w:proofErr w:type="spellStart"/>
      <w:r>
        <w:rPr>
          <w:i/>
          <w:sz w:val="17"/>
        </w:rPr>
        <w:t>el</w:t>
      </w:r>
      <w:proofErr w:type="spellEnd"/>
      <w:r>
        <w:rPr>
          <w:i/>
          <w:sz w:val="17"/>
        </w:rPr>
        <w:t xml:space="preserve"> </w:t>
      </w:r>
      <w:proofErr w:type="spellStart"/>
      <w:r>
        <w:rPr>
          <w:i/>
          <w:sz w:val="17"/>
        </w:rPr>
        <w:t>Ayuntamiento</w:t>
      </w:r>
      <w:proofErr w:type="spellEnd"/>
      <w:r>
        <w:rPr>
          <w:i/>
          <w:sz w:val="17"/>
        </w:rPr>
        <w:t xml:space="preserve"> de Córdoba o las </w:t>
      </w:r>
      <w:proofErr w:type="spellStart"/>
      <w:r>
        <w:rPr>
          <w:i/>
          <w:sz w:val="17"/>
        </w:rPr>
        <w:t>entidades</w:t>
      </w:r>
      <w:proofErr w:type="spellEnd"/>
      <w:r>
        <w:rPr>
          <w:i/>
          <w:sz w:val="17"/>
        </w:rPr>
        <w:t xml:space="preserve"> del sector </w:t>
      </w:r>
      <w:proofErr w:type="spellStart"/>
      <w:r>
        <w:rPr>
          <w:i/>
          <w:sz w:val="17"/>
        </w:rPr>
        <w:t>público</w:t>
      </w:r>
      <w:proofErr w:type="spellEnd"/>
      <w:r>
        <w:rPr>
          <w:i/>
          <w:sz w:val="17"/>
        </w:rPr>
        <w:t xml:space="preserve"> del Ayuntamiento de Córdoba.</w:t>
      </w:r>
    </w:p>
    <w:p w14:paraId="3DE1A118" w14:textId="77777777" w:rsidR="00BA42BE" w:rsidRDefault="00BA42BE">
      <w:pPr>
        <w:spacing w:before="120" w:after="60"/>
        <w:rPr>
          <w:b/>
          <w:sz w:val="20"/>
        </w:rPr>
      </w:pPr>
    </w:p>
    <w:p w14:paraId="4837A551" w14:textId="42E156EE" w:rsidR="00067C7E" w:rsidRDefault="00E56EE4">
      <w:pPr>
        <w:spacing w:before="120" w:after="60"/>
      </w:pPr>
      <w:r>
        <w:rPr>
          <w:b/>
          <w:sz w:val="20"/>
        </w:rPr>
        <w:t>III. DECLARACIÓN FINAL</w:t>
      </w:r>
    </w:p>
    <w:p w14:paraId="19CDF11D" w14:textId="77777777" w:rsidR="00067C7E" w:rsidRDefault="00E56EE4" w:rsidP="00CE3DF0">
      <w:pPr>
        <w:spacing w:after="60"/>
        <w:jc w:val="both"/>
      </w:pPr>
      <w:r>
        <w:rPr>
          <w:sz w:val="17"/>
        </w:rPr>
        <w:t>☐ Que los gastos relacionados se corresponden con las actividades realizadas en el periodo subvencionado y, en su caso, con el periodo de programación presentado a la convocatoria.</w:t>
      </w:r>
    </w:p>
    <w:p w14:paraId="0CA7B377" w14:textId="77777777" w:rsidR="00067C7E" w:rsidRDefault="00E56EE4" w:rsidP="00CE3DF0">
      <w:pPr>
        <w:spacing w:after="60"/>
        <w:jc w:val="both"/>
      </w:pPr>
      <w:r>
        <w:rPr>
          <w:sz w:val="17"/>
        </w:rPr>
        <w:t>☐ Que los justificantes aportados se corresponden con los originales y se encuentran a disposición del IMAE y de los órganos de control competentes.</w:t>
      </w:r>
    </w:p>
    <w:p w14:paraId="189C8C1D" w14:textId="77777777" w:rsidR="00067C7E" w:rsidRDefault="00E56EE4" w:rsidP="00CE3DF0">
      <w:pPr>
        <w:spacing w:after="60"/>
        <w:jc w:val="both"/>
      </w:pPr>
      <w:r>
        <w:rPr>
          <w:sz w:val="17"/>
        </w:rPr>
        <w:t>☐ Que los gastos imputados a la subvención han sido efectivamente pagados dentro del plazo previsto en las bases.</w:t>
      </w:r>
    </w:p>
    <w:p w14:paraId="48B7EAA2" w14:textId="77777777" w:rsidR="00067C7E" w:rsidRDefault="00E56EE4" w:rsidP="00CE3DF0">
      <w:pPr>
        <w:spacing w:after="60"/>
        <w:jc w:val="both"/>
        <w:rPr>
          <w:sz w:val="17"/>
        </w:rPr>
      </w:pPr>
      <w:r>
        <w:rPr>
          <w:sz w:val="17"/>
        </w:rPr>
        <w:t>☐ Que se acompaña la documentación acreditativa exigida en el artículo 24 de las bases.</w:t>
      </w:r>
    </w:p>
    <w:p w14:paraId="6BB07C6E" w14:textId="77777777" w:rsidR="00BA42BE" w:rsidRDefault="00BA42BE" w:rsidP="00CE3DF0">
      <w:pPr>
        <w:spacing w:after="60"/>
        <w:jc w:val="both"/>
        <w:rPr>
          <w:sz w:val="17"/>
        </w:rPr>
      </w:pPr>
    </w:p>
    <w:p w14:paraId="326863C4" w14:textId="77777777" w:rsidR="00BA42BE" w:rsidRDefault="00BA42BE" w:rsidP="00CE3DF0">
      <w:pPr>
        <w:spacing w:after="60"/>
        <w:jc w:val="both"/>
      </w:pPr>
    </w:p>
    <w:p w14:paraId="52B1283C" w14:textId="77777777" w:rsidR="00067C7E" w:rsidRDefault="00E56EE4" w:rsidP="00CE3DF0">
      <w:pPr>
        <w:spacing w:after="60"/>
        <w:jc w:val="both"/>
      </w:pPr>
      <w:r>
        <w:rPr>
          <w:sz w:val="17"/>
        </w:rPr>
        <w:lastRenderedPageBreak/>
        <w:t>En Córdoba, a ____ de ____________________ de 20____.</w:t>
      </w:r>
    </w:p>
    <w:p w14:paraId="71616866" w14:textId="77777777" w:rsidR="00067C7E" w:rsidRDefault="00E56EE4" w:rsidP="00CE3DF0">
      <w:pPr>
        <w:spacing w:after="60"/>
        <w:jc w:val="both"/>
      </w:pPr>
      <w:proofErr w:type="spellStart"/>
      <w:r>
        <w:rPr>
          <w:sz w:val="17"/>
        </w:rPr>
        <w:t>Firma</w:t>
      </w:r>
      <w:proofErr w:type="spellEnd"/>
      <w:r>
        <w:rPr>
          <w:sz w:val="17"/>
        </w:rPr>
        <w:t xml:space="preserve"> de la persona beneficiaria o representante legal:</w:t>
      </w:r>
    </w:p>
    <w:sectPr w:rsidR="00067C7E" w:rsidSect="00034616">
      <w:footerReference w:type="default" r:id="rId9"/>
      <w:pgSz w:w="12240" w:h="15840"/>
      <w:pgMar w:top="680" w:right="794" w:bottom="680"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DBD7" w14:textId="77777777" w:rsidR="0000579D" w:rsidRDefault="0000579D">
      <w:pPr>
        <w:spacing w:after="0" w:line="240" w:lineRule="auto"/>
      </w:pPr>
      <w:r>
        <w:separator/>
      </w:r>
    </w:p>
  </w:endnote>
  <w:endnote w:type="continuationSeparator" w:id="0">
    <w:p w14:paraId="28738973" w14:textId="77777777" w:rsidR="0000579D" w:rsidRDefault="0000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C582" w14:textId="77777777" w:rsidR="00067C7E" w:rsidRDefault="00E56EE4">
    <w:pPr>
      <w:pStyle w:val="Piedepgina"/>
      <w:jc w:val="center"/>
    </w:pPr>
    <w:r>
      <w:rPr>
        <w:sz w:val="14"/>
      </w:rPr>
      <w:t xml:space="preserve">Anexo V – Memoria </w:t>
    </w:r>
    <w:proofErr w:type="spellStart"/>
    <w:r>
      <w:rPr>
        <w:sz w:val="14"/>
      </w:rPr>
      <w:t>económica</w:t>
    </w:r>
    <w:proofErr w:type="spellEnd"/>
    <w:r>
      <w:rPr>
        <w:sz w:val="14"/>
      </w:rPr>
      <w:t xml:space="preserve"> </w:t>
    </w:r>
    <w:proofErr w:type="spellStart"/>
    <w:r>
      <w:rPr>
        <w:sz w:val="14"/>
      </w:rPr>
      <w:t>justificativa</w:t>
    </w:r>
    <w:proofErr w:type="spellEnd"/>
    <w:r>
      <w:rPr>
        <w:sz w:val="14"/>
      </w:rPr>
      <w:t xml:space="preserve">. </w:t>
    </w:r>
    <w:proofErr w:type="spellStart"/>
    <w:r>
      <w:rPr>
        <w:sz w:val="14"/>
      </w:rPr>
      <w:t>Convocatoria</w:t>
    </w:r>
    <w:proofErr w:type="spellEnd"/>
    <w:r>
      <w:rPr>
        <w:sz w:val="14"/>
      </w:rPr>
      <w:t xml:space="preserve"> de </w:t>
    </w:r>
    <w:proofErr w:type="spellStart"/>
    <w:r>
      <w:rPr>
        <w:sz w:val="14"/>
      </w:rPr>
      <w:t>concesión</w:t>
    </w:r>
    <w:proofErr w:type="spellEnd"/>
    <w:r>
      <w:rPr>
        <w:sz w:val="14"/>
      </w:rPr>
      <w:t xml:space="preserve"> de </w:t>
    </w:r>
    <w:proofErr w:type="spellStart"/>
    <w:r>
      <w:rPr>
        <w:sz w:val="14"/>
      </w:rPr>
      <w:t>subvenciones</w:t>
    </w:r>
    <w:proofErr w:type="spellEnd"/>
    <w:r>
      <w:rPr>
        <w:sz w:val="14"/>
      </w:rPr>
      <w:t xml:space="preserve"> </w:t>
    </w:r>
    <w:proofErr w:type="spellStart"/>
    <w:r>
      <w:rPr>
        <w:sz w:val="14"/>
      </w:rPr>
      <w:t>en</w:t>
    </w:r>
    <w:proofErr w:type="spellEnd"/>
    <w:r>
      <w:rPr>
        <w:sz w:val="14"/>
      </w:rPr>
      <w:t xml:space="preserve"> </w:t>
    </w:r>
    <w:proofErr w:type="spellStart"/>
    <w:r>
      <w:rPr>
        <w:sz w:val="14"/>
      </w:rPr>
      <w:t>régimen</w:t>
    </w:r>
    <w:proofErr w:type="spellEnd"/>
    <w:r>
      <w:rPr>
        <w:sz w:val="14"/>
      </w:rPr>
      <w:t xml:space="preserve"> de </w:t>
    </w:r>
    <w:proofErr w:type="spellStart"/>
    <w:r>
      <w:rPr>
        <w:sz w:val="14"/>
      </w:rPr>
      <w:t>concurrencia</w:t>
    </w:r>
    <w:proofErr w:type="spellEnd"/>
    <w:r>
      <w:rPr>
        <w:sz w:val="14"/>
      </w:rPr>
      <w:t xml:space="preserve"> </w:t>
    </w:r>
    <w:proofErr w:type="spellStart"/>
    <w:r>
      <w:rPr>
        <w:sz w:val="14"/>
      </w:rPr>
      <w:t>competitiva</w:t>
    </w:r>
    <w:proofErr w:type="spellEnd"/>
    <w:r>
      <w:rPr>
        <w:sz w:val="14"/>
      </w:rPr>
      <w:t xml:space="preserve"> </w:t>
    </w:r>
    <w:proofErr w:type="spellStart"/>
    <w:r>
      <w:rPr>
        <w:sz w:val="14"/>
      </w:rPr>
      <w:t>destinadas</w:t>
    </w:r>
    <w:proofErr w:type="spellEnd"/>
    <w:r>
      <w:rPr>
        <w:sz w:val="14"/>
      </w:rPr>
      <w:t xml:space="preserve"> </w:t>
    </w:r>
    <w:proofErr w:type="gramStart"/>
    <w:r>
      <w:rPr>
        <w:sz w:val="14"/>
      </w:rPr>
      <w:t>a</w:t>
    </w:r>
    <w:proofErr w:type="gramEnd"/>
    <w:r>
      <w:rPr>
        <w:sz w:val="14"/>
      </w:rPr>
      <w:t xml:space="preserve"> </w:t>
    </w:r>
    <w:proofErr w:type="spellStart"/>
    <w:r>
      <w:rPr>
        <w:sz w:val="14"/>
      </w:rPr>
      <w:t>ayudas</w:t>
    </w:r>
    <w:proofErr w:type="spellEnd"/>
    <w:r>
      <w:rPr>
        <w:sz w:val="14"/>
      </w:rPr>
      <w:t xml:space="preserve"> a </w:t>
    </w:r>
    <w:proofErr w:type="spellStart"/>
    <w:r>
      <w:rPr>
        <w:sz w:val="14"/>
      </w:rPr>
      <w:t>festivales</w:t>
    </w:r>
    <w:proofErr w:type="spellEnd"/>
    <w:r>
      <w:rPr>
        <w:sz w:val="14"/>
      </w:rPr>
      <w:t xml:space="preserve"> y ferias </w:t>
    </w:r>
    <w:proofErr w:type="spellStart"/>
    <w:r>
      <w:rPr>
        <w:sz w:val="14"/>
      </w:rPr>
      <w:t>culturales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BFDE" w14:textId="77777777" w:rsidR="0000579D" w:rsidRDefault="0000579D">
      <w:pPr>
        <w:spacing w:after="0" w:line="240" w:lineRule="auto"/>
      </w:pPr>
      <w:r>
        <w:separator/>
      </w:r>
    </w:p>
  </w:footnote>
  <w:footnote w:type="continuationSeparator" w:id="0">
    <w:p w14:paraId="7DE83542" w14:textId="77777777" w:rsidR="0000579D" w:rsidRDefault="00005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79D"/>
    <w:rsid w:val="00034616"/>
    <w:rsid w:val="0006063C"/>
    <w:rsid w:val="00067C7E"/>
    <w:rsid w:val="0015074B"/>
    <w:rsid w:val="001736E0"/>
    <w:rsid w:val="0029639D"/>
    <w:rsid w:val="00326F90"/>
    <w:rsid w:val="003B1074"/>
    <w:rsid w:val="0076319D"/>
    <w:rsid w:val="00800AEB"/>
    <w:rsid w:val="00870698"/>
    <w:rsid w:val="00AA1D8D"/>
    <w:rsid w:val="00B20D8E"/>
    <w:rsid w:val="00B47730"/>
    <w:rsid w:val="00BA42BE"/>
    <w:rsid w:val="00CB0664"/>
    <w:rsid w:val="00CE3DF0"/>
    <w:rsid w:val="00DE4E2D"/>
    <w:rsid w:val="00E56EE4"/>
    <w:rsid w:val="00FB50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3D96A"/>
  <w14:defaultImageDpi w14:val="300"/>
  <w15:docId w15:val="{5804DD2D-F4A9-468B-839E-49D07A8C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6138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Antonio</cp:lastModifiedBy>
  <cp:revision>2</cp:revision>
  <dcterms:created xsi:type="dcterms:W3CDTF">2026-08-05T08:39:00Z</dcterms:created>
  <dcterms:modified xsi:type="dcterms:W3CDTF">2026-08-05T08:39:00Z</dcterms:modified>
  <cp:category/>
</cp:coreProperties>
</file>